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9CA15" w14:textId="77777777" w:rsidR="008C57DD" w:rsidRDefault="00000000">
      <w:pPr>
        <w:pStyle w:val="CoverField"/>
      </w:pPr>
      <w:r>
        <w:t>MESTRADO PROFISSIONAL EM TELESSAÚDE E SAÚDE DIGITAL</w:t>
      </w:r>
    </w:p>
    <w:p w14:paraId="356A6D4F" w14:textId="77777777" w:rsidR="008C57DD" w:rsidRDefault="00000000">
      <w:pPr>
        <w:pStyle w:val="CoverField"/>
      </w:pPr>
      <w:r>
        <w:t>UNIVERSIDADE DO ESTADO DO RIO DE JANEIRO – UERJ</w:t>
      </w:r>
    </w:p>
    <w:p w14:paraId="4EF035D5" w14:textId="77777777" w:rsidR="008C57DD" w:rsidRDefault="008C57DD"/>
    <w:p w14:paraId="704E06D1" w14:textId="77777777" w:rsidR="008C57DD" w:rsidRDefault="008C57DD"/>
    <w:p w14:paraId="571F5C22" w14:textId="77777777" w:rsidR="008C57DD" w:rsidRDefault="00000000">
      <w:pPr>
        <w:pStyle w:val="Ttulo"/>
      </w:pPr>
      <w:r>
        <w:t>NOME DO PROJETO</w:t>
      </w:r>
    </w:p>
    <w:p w14:paraId="691E5905" w14:textId="77777777" w:rsidR="008C57DD" w:rsidRDefault="00000000">
      <w:pPr>
        <w:pStyle w:val="CoverField"/>
      </w:pPr>
      <w:r>
        <w:t>[Nome do projeto]</w:t>
      </w:r>
    </w:p>
    <w:p w14:paraId="4C49F865" w14:textId="77777777" w:rsidR="008C57DD" w:rsidRPr="00E96135" w:rsidRDefault="00000000" w:rsidP="00E96135">
      <w:pPr>
        <w:pStyle w:val="Ttulo"/>
        <w:rPr>
          <w:sz w:val="28"/>
          <w:szCs w:val="28"/>
        </w:rPr>
      </w:pPr>
      <w:r w:rsidRPr="00E96135">
        <w:rPr>
          <w:sz w:val="28"/>
          <w:szCs w:val="28"/>
        </w:rPr>
        <w:t>NOME DO CANDIDATO</w:t>
      </w:r>
    </w:p>
    <w:p w14:paraId="4CCB23E4" w14:textId="77777777" w:rsidR="008C57DD" w:rsidRPr="00E96135" w:rsidRDefault="00000000">
      <w:pPr>
        <w:pStyle w:val="CoverField"/>
      </w:pPr>
      <w:r w:rsidRPr="00E96135">
        <w:t>[Nome completo do candidato]</w:t>
      </w:r>
    </w:p>
    <w:p w14:paraId="282CBC91" w14:textId="77777777" w:rsidR="008C57DD" w:rsidRPr="00E96135" w:rsidRDefault="00000000" w:rsidP="00E96135">
      <w:pPr>
        <w:pStyle w:val="Ttulo"/>
        <w:rPr>
          <w:sz w:val="24"/>
          <w:szCs w:val="24"/>
        </w:rPr>
      </w:pPr>
      <w:r w:rsidRPr="00E96135">
        <w:rPr>
          <w:sz w:val="24"/>
          <w:szCs w:val="24"/>
        </w:rPr>
        <w:t>NOME DA LINHA DE PESQUISA</w:t>
      </w:r>
    </w:p>
    <w:p w14:paraId="574ADF3D" w14:textId="77777777" w:rsidR="008C57DD" w:rsidRPr="00E96135" w:rsidRDefault="00000000">
      <w:pPr>
        <w:pStyle w:val="CoverField"/>
        <w:rPr>
          <w:color w:val="808080" w:themeColor="background1" w:themeShade="80"/>
        </w:rPr>
      </w:pPr>
      <w:r w:rsidRPr="00E96135">
        <w:rPr>
          <w:color w:val="808080" w:themeColor="background1" w:themeShade="80"/>
        </w:rPr>
        <w:t>[1 – Tecnologias para Assistência Remota em Saúde; 2 – Tecnologias para Educação em Saúde; 3 – Tecnologias para produção de Informação e Inteligência Artificial em Saúde; 4 – Tecnologias Tridimensionais em Saúde]</w:t>
      </w:r>
    </w:p>
    <w:p w14:paraId="6E631BD2" w14:textId="77777777" w:rsidR="008C57DD" w:rsidRPr="00E96135" w:rsidRDefault="00000000" w:rsidP="00E96135">
      <w:pPr>
        <w:pStyle w:val="Ttulo"/>
        <w:rPr>
          <w:sz w:val="24"/>
          <w:szCs w:val="24"/>
        </w:rPr>
      </w:pPr>
      <w:r w:rsidRPr="00E96135">
        <w:rPr>
          <w:sz w:val="24"/>
          <w:szCs w:val="24"/>
        </w:rPr>
        <w:t>NOME DO TIPO DE PROJETO</w:t>
      </w:r>
    </w:p>
    <w:p w14:paraId="469C6944" w14:textId="288E7B5B" w:rsidR="008C57DD" w:rsidRPr="00E96135" w:rsidRDefault="00E96135" w:rsidP="00E96135">
      <w:pPr>
        <w:pStyle w:val="CoverField"/>
        <w:rPr>
          <w:color w:val="808080" w:themeColor="background1" w:themeShade="80"/>
        </w:rPr>
      </w:pPr>
      <w:r w:rsidRPr="00E96135">
        <w:rPr>
          <w:color w:val="808080" w:themeColor="background1" w:themeShade="80"/>
        </w:rPr>
        <w:t xml:space="preserve">[1 – </w:t>
      </w:r>
      <w:proofErr w:type="spellStart"/>
      <w:r w:rsidRPr="00E96135">
        <w:rPr>
          <w:bCs/>
          <w:color w:val="808080" w:themeColor="background1" w:themeShade="80"/>
        </w:rPr>
        <w:t>Avaliação</w:t>
      </w:r>
      <w:proofErr w:type="spellEnd"/>
      <w:r w:rsidRPr="00E96135">
        <w:rPr>
          <w:bCs/>
          <w:color w:val="808080" w:themeColor="background1" w:themeShade="80"/>
        </w:rPr>
        <w:t xml:space="preserve"> de </w:t>
      </w:r>
      <w:proofErr w:type="spellStart"/>
      <w:r w:rsidRPr="00E96135">
        <w:rPr>
          <w:bCs/>
          <w:color w:val="808080" w:themeColor="background1" w:themeShade="80"/>
        </w:rPr>
        <w:t>tecnologias</w:t>
      </w:r>
      <w:proofErr w:type="spellEnd"/>
      <w:r w:rsidRPr="00E96135">
        <w:rPr>
          <w:color w:val="808080" w:themeColor="background1" w:themeShade="80"/>
        </w:rPr>
        <w:t xml:space="preserve"> </w:t>
      </w:r>
      <w:proofErr w:type="spellStart"/>
      <w:r w:rsidRPr="00E96135">
        <w:rPr>
          <w:color w:val="808080" w:themeColor="background1" w:themeShade="80"/>
        </w:rPr>
        <w:t>digitais</w:t>
      </w:r>
      <w:proofErr w:type="spellEnd"/>
      <w:r w:rsidRPr="00E96135">
        <w:rPr>
          <w:color w:val="808080" w:themeColor="background1" w:themeShade="80"/>
        </w:rPr>
        <w:t xml:space="preserve"> </w:t>
      </w:r>
      <w:proofErr w:type="spellStart"/>
      <w:r w:rsidRPr="00E96135">
        <w:rPr>
          <w:color w:val="808080" w:themeColor="background1" w:themeShade="80"/>
        </w:rPr>
        <w:t>em</w:t>
      </w:r>
      <w:proofErr w:type="spellEnd"/>
      <w:r w:rsidRPr="00E96135">
        <w:rPr>
          <w:color w:val="808080" w:themeColor="background1" w:themeShade="80"/>
        </w:rPr>
        <w:t xml:space="preserve"> </w:t>
      </w:r>
      <w:proofErr w:type="spellStart"/>
      <w:r w:rsidRPr="00E96135">
        <w:rPr>
          <w:color w:val="808080" w:themeColor="background1" w:themeShade="80"/>
        </w:rPr>
        <w:t>Saúde</w:t>
      </w:r>
      <w:proofErr w:type="spellEnd"/>
      <w:r w:rsidRPr="00E96135">
        <w:rPr>
          <w:color w:val="808080" w:themeColor="background1" w:themeShade="80"/>
        </w:rPr>
        <w:t xml:space="preserve">; 2 – </w:t>
      </w:r>
      <w:proofErr w:type="spellStart"/>
      <w:r w:rsidRPr="00E96135">
        <w:rPr>
          <w:bCs/>
          <w:color w:val="808080" w:themeColor="background1" w:themeShade="80"/>
        </w:rPr>
        <w:t>Desenvolvimento</w:t>
      </w:r>
      <w:proofErr w:type="spellEnd"/>
      <w:r w:rsidRPr="00E96135">
        <w:rPr>
          <w:bCs/>
          <w:color w:val="808080" w:themeColor="background1" w:themeShade="80"/>
        </w:rPr>
        <w:t xml:space="preserve"> de </w:t>
      </w:r>
      <w:proofErr w:type="spellStart"/>
      <w:r w:rsidRPr="00E96135">
        <w:rPr>
          <w:bCs/>
          <w:color w:val="808080" w:themeColor="background1" w:themeShade="80"/>
        </w:rPr>
        <w:t>soluções</w:t>
      </w:r>
      <w:proofErr w:type="spellEnd"/>
      <w:r w:rsidRPr="00E96135">
        <w:rPr>
          <w:color w:val="808080" w:themeColor="background1" w:themeShade="80"/>
        </w:rPr>
        <w:t xml:space="preserve"> para </w:t>
      </w:r>
      <w:proofErr w:type="spellStart"/>
      <w:r w:rsidRPr="00E96135">
        <w:rPr>
          <w:color w:val="808080" w:themeColor="background1" w:themeShade="80"/>
        </w:rPr>
        <w:t>assistência</w:t>
      </w:r>
      <w:proofErr w:type="spellEnd"/>
      <w:r w:rsidRPr="00E96135">
        <w:rPr>
          <w:color w:val="808080" w:themeColor="background1" w:themeShade="80"/>
        </w:rPr>
        <w:t xml:space="preserve"> remota </w:t>
      </w:r>
      <w:proofErr w:type="spellStart"/>
      <w:r w:rsidRPr="00E96135">
        <w:rPr>
          <w:color w:val="808080" w:themeColor="background1" w:themeShade="80"/>
        </w:rPr>
        <w:t>em</w:t>
      </w:r>
      <w:proofErr w:type="spellEnd"/>
      <w:r w:rsidRPr="00E96135">
        <w:rPr>
          <w:color w:val="808080" w:themeColor="background1" w:themeShade="80"/>
        </w:rPr>
        <w:t xml:space="preserve"> </w:t>
      </w:r>
      <w:proofErr w:type="spellStart"/>
      <w:r w:rsidRPr="00E96135">
        <w:rPr>
          <w:color w:val="808080" w:themeColor="background1" w:themeShade="80"/>
        </w:rPr>
        <w:t>Saúde</w:t>
      </w:r>
      <w:proofErr w:type="spellEnd"/>
      <w:r w:rsidRPr="00E96135">
        <w:rPr>
          <w:color w:val="808080" w:themeColor="background1" w:themeShade="80"/>
        </w:rPr>
        <w:t xml:space="preserve">; 3 – Pesquisa </w:t>
      </w:r>
      <w:proofErr w:type="spellStart"/>
      <w:r w:rsidRPr="00E96135">
        <w:rPr>
          <w:color w:val="808080" w:themeColor="background1" w:themeShade="80"/>
        </w:rPr>
        <w:t>aplicada</w:t>
      </w:r>
      <w:proofErr w:type="spellEnd"/>
      <w:r w:rsidRPr="00E96135">
        <w:rPr>
          <w:color w:val="808080" w:themeColor="background1" w:themeShade="80"/>
        </w:rPr>
        <w:t xml:space="preserve"> à </w:t>
      </w:r>
      <w:r w:rsidRPr="00E96135">
        <w:rPr>
          <w:bCs/>
          <w:color w:val="808080" w:themeColor="background1" w:themeShade="80"/>
        </w:rPr>
        <w:t xml:space="preserve">bens </w:t>
      </w:r>
      <w:proofErr w:type="spellStart"/>
      <w:r w:rsidRPr="00E96135">
        <w:rPr>
          <w:bCs/>
          <w:color w:val="808080" w:themeColor="background1" w:themeShade="80"/>
        </w:rPr>
        <w:t>digitais</w:t>
      </w:r>
      <w:proofErr w:type="spellEnd"/>
      <w:r w:rsidRPr="00E96135">
        <w:rPr>
          <w:color w:val="808080" w:themeColor="background1" w:themeShade="80"/>
        </w:rPr>
        <w:t xml:space="preserve"> </w:t>
      </w:r>
      <w:proofErr w:type="spellStart"/>
      <w:r w:rsidRPr="00E96135">
        <w:rPr>
          <w:color w:val="808080" w:themeColor="background1" w:themeShade="80"/>
        </w:rPr>
        <w:t>ou</w:t>
      </w:r>
      <w:proofErr w:type="spellEnd"/>
      <w:r w:rsidRPr="00E96135">
        <w:rPr>
          <w:color w:val="808080" w:themeColor="background1" w:themeShade="80"/>
        </w:rPr>
        <w:t xml:space="preserve"> a </w:t>
      </w:r>
      <w:proofErr w:type="spellStart"/>
      <w:r w:rsidRPr="00E96135">
        <w:rPr>
          <w:bCs/>
          <w:color w:val="808080" w:themeColor="background1" w:themeShade="80"/>
        </w:rPr>
        <w:t>Inteligência</w:t>
      </w:r>
      <w:proofErr w:type="spellEnd"/>
      <w:r w:rsidRPr="00E96135">
        <w:rPr>
          <w:bCs/>
          <w:color w:val="808080" w:themeColor="background1" w:themeShade="80"/>
        </w:rPr>
        <w:t xml:space="preserve"> Artificial</w:t>
      </w:r>
      <w:r w:rsidRPr="00E96135">
        <w:rPr>
          <w:color w:val="808080" w:themeColor="background1" w:themeShade="80"/>
        </w:rPr>
        <w:t xml:space="preserve"> </w:t>
      </w:r>
      <w:proofErr w:type="spellStart"/>
      <w:r w:rsidRPr="00E96135">
        <w:rPr>
          <w:color w:val="808080" w:themeColor="background1" w:themeShade="80"/>
        </w:rPr>
        <w:t>em</w:t>
      </w:r>
      <w:proofErr w:type="spellEnd"/>
      <w:r w:rsidRPr="00E96135">
        <w:rPr>
          <w:color w:val="808080" w:themeColor="background1" w:themeShade="80"/>
        </w:rPr>
        <w:t xml:space="preserve"> </w:t>
      </w:r>
      <w:proofErr w:type="spellStart"/>
      <w:r w:rsidRPr="00E96135">
        <w:rPr>
          <w:color w:val="808080" w:themeColor="background1" w:themeShade="80"/>
        </w:rPr>
        <w:t>Saúde</w:t>
      </w:r>
      <w:proofErr w:type="spellEnd"/>
      <w:r w:rsidRPr="00E96135">
        <w:rPr>
          <w:color w:val="808080" w:themeColor="background1" w:themeShade="80"/>
        </w:rPr>
        <w:t xml:space="preserve">; 4 – Pesquisa </w:t>
      </w:r>
      <w:proofErr w:type="spellStart"/>
      <w:r w:rsidRPr="00E96135">
        <w:rPr>
          <w:color w:val="808080" w:themeColor="background1" w:themeShade="80"/>
        </w:rPr>
        <w:t>utilizando</w:t>
      </w:r>
      <w:proofErr w:type="spellEnd"/>
      <w:r w:rsidRPr="00E96135">
        <w:rPr>
          <w:color w:val="808080" w:themeColor="background1" w:themeShade="80"/>
        </w:rPr>
        <w:t xml:space="preserve"> </w:t>
      </w:r>
      <w:proofErr w:type="spellStart"/>
      <w:r w:rsidRPr="00E96135">
        <w:rPr>
          <w:bCs/>
          <w:color w:val="808080" w:themeColor="background1" w:themeShade="80"/>
        </w:rPr>
        <w:t>modelagem</w:t>
      </w:r>
      <w:proofErr w:type="spellEnd"/>
      <w:r w:rsidRPr="00E96135">
        <w:rPr>
          <w:bCs/>
          <w:color w:val="808080" w:themeColor="background1" w:themeShade="80"/>
        </w:rPr>
        <w:t xml:space="preserve"> </w:t>
      </w:r>
      <w:proofErr w:type="spellStart"/>
      <w:r w:rsidRPr="00E96135">
        <w:rPr>
          <w:bCs/>
          <w:color w:val="808080" w:themeColor="background1" w:themeShade="80"/>
        </w:rPr>
        <w:t>computacional</w:t>
      </w:r>
      <w:proofErr w:type="spellEnd"/>
      <w:r w:rsidRPr="00E96135">
        <w:rPr>
          <w:bCs/>
          <w:color w:val="808080" w:themeColor="background1" w:themeShade="80"/>
        </w:rPr>
        <w:t xml:space="preserve"> tridimensional</w:t>
      </w:r>
      <w:r w:rsidRPr="00E96135">
        <w:rPr>
          <w:color w:val="808080" w:themeColor="background1" w:themeShade="80"/>
        </w:rPr>
        <w:t xml:space="preserve"> </w:t>
      </w:r>
      <w:proofErr w:type="spellStart"/>
      <w:r w:rsidRPr="00E96135">
        <w:rPr>
          <w:color w:val="808080" w:themeColor="background1" w:themeShade="80"/>
        </w:rPr>
        <w:t>em</w:t>
      </w:r>
      <w:proofErr w:type="spellEnd"/>
      <w:r w:rsidRPr="00E96135">
        <w:rPr>
          <w:color w:val="808080" w:themeColor="background1" w:themeShade="80"/>
        </w:rPr>
        <w:t xml:space="preserve"> </w:t>
      </w:r>
      <w:proofErr w:type="spellStart"/>
      <w:r w:rsidRPr="00E96135">
        <w:rPr>
          <w:color w:val="808080" w:themeColor="background1" w:themeShade="80"/>
        </w:rPr>
        <w:t>Saúde</w:t>
      </w:r>
      <w:proofErr w:type="spellEnd"/>
      <w:r w:rsidRPr="00E96135">
        <w:rPr>
          <w:color w:val="808080" w:themeColor="background1" w:themeShade="80"/>
        </w:rPr>
        <w:t xml:space="preserve">; 4 - Pesquisa </w:t>
      </w:r>
      <w:proofErr w:type="spellStart"/>
      <w:r w:rsidRPr="00E96135">
        <w:rPr>
          <w:color w:val="808080" w:themeColor="background1" w:themeShade="80"/>
        </w:rPr>
        <w:t>utilizando</w:t>
      </w:r>
      <w:proofErr w:type="spellEnd"/>
      <w:r w:rsidRPr="00E96135">
        <w:rPr>
          <w:color w:val="808080" w:themeColor="background1" w:themeShade="80"/>
        </w:rPr>
        <w:t xml:space="preserve"> </w:t>
      </w:r>
      <w:proofErr w:type="spellStart"/>
      <w:r w:rsidRPr="00E96135">
        <w:rPr>
          <w:color w:val="808080" w:themeColor="background1" w:themeShade="80"/>
        </w:rPr>
        <w:t>tecnologias</w:t>
      </w:r>
      <w:proofErr w:type="spellEnd"/>
      <w:r w:rsidRPr="00E96135">
        <w:rPr>
          <w:color w:val="808080" w:themeColor="background1" w:themeShade="80"/>
        </w:rPr>
        <w:t xml:space="preserve"> para </w:t>
      </w:r>
      <w:proofErr w:type="spellStart"/>
      <w:r w:rsidRPr="00E96135">
        <w:rPr>
          <w:bCs/>
          <w:color w:val="808080" w:themeColor="background1" w:themeShade="80"/>
        </w:rPr>
        <w:t>Educação</w:t>
      </w:r>
      <w:proofErr w:type="spellEnd"/>
      <w:r w:rsidRPr="00E96135">
        <w:rPr>
          <w:bCs/>
          <w:color w:val="808080" w:themeColor="background1" w:themeShade="80"/>
        </w:rPr>
        <w:t xml:space="preserve"> </w:t>
      </w:r>
      <w:proofErr w:type="spellStart"/>
      <w:r w:rsidRPr="00E96135">
        <w:rPr>
          <w:bCs/>
          <w:color w:val="808080" w:themeColor="background1" w:themeShade="80"/>
        </w:rPr>
        <w:t>em</w:t>
      </w:r>
      <w:proofErr w:type="spellEnd"/>
      <w:r w:rsidRPr="00E96135">
        <w:rPr>
          <w:bCs/>
          <w:color w:val="808080" w:themeColor="background1" w:themeShade="80"/>
        </w:rPr>
        <w:t xml:space="preserve"> </w:t>
      </w:r>
      <w:proofErr w:type="spellStart"/>
      <w:r w:rsidRPr="00E96135">
        <w:rPr>
          <w:bCs/>
          <w:color w:val="808080" w:themeColor="background1" w:themeShade="80"/>
        </w:rPr>
        <w:t>Saúde</w:t>
      </w:r>
      <w:proofErr w:type="spellEnd"/>
      <w:r w:rsidRPr="00E96135">
        <w:rPr>
          <w:bCs/>
          <w:color w:val="808080" w:themeColor="background1" w:themeShade="80"/>
        </w:rPr>
        <w:t>)</w:t>
      </w:r>
    </w:p>
    <w:p w14:paraId="797F2DAA" w14:textId="77777777" w:rsidR="008C57DD" w:rsidRDefault="008C57DD"/>
    <w:p w14:paraId="1F07DC67" w14:textId="77777777" w:rsidR="008C57DD" w:rsidRDefault="008C57DD"/>
    <w:p w14:paraId="0B9F28D3" w14:textId="77777777" w:rsidR="008C57DD" w:rsidRDefault="008C57DD"/>
    <w:p w14:paraId="73EDCC1D" w14:textId="77777777" w:rsidR="008C57DD" w:rsidRDefault="00000000">
      <w:pPr>
        <w:pStyle w:val="CoverField"/>
      </w:pPr>
      <w:r>
        <w:t>UERJ – RIO DE JANEIRO</w:t>
      </w:r>
      <w:r>
        <w:br/>
        <w:t>2026</w:t>
      </w:r>
    </w:p>
    <w:p w14:paraId="04BC6DD9" w14:textId="77777777" w:rsidR="008C57DD" w:rsidRDefault="00000000">
      <w:r>
        <w:br w:type="page"/>
      </w:r>
    </w:p>
    <w:p w14:paraId="4BCED44E" w14:textId="77777777" w:rsidR="008C57DD" w:rsidRDefault="00000000">
      <w:pPr>
        <w:pStyle w:val="Ttulo1"/>
      </w:pPr>
      <w:r>
        <w:lastRenderedPageBreak/>
        <w:t>SUMÁRIO</w:t>
      </w:r>
    </w:p>
    <w:p w14:paraId="58B39032" w14:textId="77777777" w:rsidR="008C57DD" w:rsidRDefault="00000000">
      <w:pPr>
        <w:pStyle w:val="TOCInstruction"/>
      </w:pPr>
      <w:r>
        <w:rPr>
          <w:b/>
        </w:rPr>
        <w:t xml:space="preserve">Atualize o sumário no Microsoft Word após o preenchimento. </w:t>
      </w:r>
      <w:r>
        <w:t>Os títulos estão configurados como estilos de título. Clique no sumário → Atualizar Campo → Atualizar o índice inteiro.</w:t>
      </w:r>
    </w:p>
    <w:p w14:paraId="7BAFC286" w14:textId="77777777" w:rsidR="008C57DD" w:rsidRDefault="00000000">
      <w:r>
        <w:fldChar w:fldCharType="begin"/>
      </w:r>
      <w:r>
        <w:instrText>TOC \o "1-3" \h \z \u</w:instrText>
      </w:r>
      <w:r>
        <w:fldChar w:fldCharType="separate"/>
      </w:r>
      <w:r>
        <w:fldChar w:fldCharType="end"/>
      </w:r>
    </w:p>
    <w:tbl>
      <w:tblPr>
        <w:tblStyle w:val="Tabelacomgrade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1843"/>
      </w:tblGrid>
      <w:tr w:rsidR="008F467B" w:rsidRPr="00AC5574" w14:paraId="5EF9F6DF" w14:textId="77777777" w:rsidTr="008F467B">
        <w:tc>
          <w:tcPr>
            <w:tcW w:w="7196" w:type="dxa"/>
          </w:tcPr>
          <w:p w14:paraId="7BAF9774" w14:textId="6DA4A0A2" w:rsidR="008F467B" w:rsidRPr="00AC5574" w:rsidRDefault="00000000" w:rsidP="009E6144">
            <w:pPr>
              <w:spacing w:line="240" w:lineRule="auto"/>
              <w:ind w:firstLine="0"/>
              <w:jc w:val="both"/>
              <w:rPr>
                <w:rFonts w:cs="Arial"/>
                <w:szCs w:val="24"/>
              </w:rPr>
            </w:pPr>
            <w:r>
              <w:br w:type="page"/>
            </w:r>
          </w:p>
        </w:tc>
        <w:tc>
          <w:tcPr>
            <w:tcW w:w="1843" w:type="dxa"/>
          </w:tcPr>
          <w:p w14:paraId="1A52364D" w14:textId="77777777" w:rsidR="008F467B" w:rsidRPr="008F467B" w:rsidRDefault="008F467B" w:rsidP="009E6144">
            <w:pPr>
              <w:spacing w:line="240" w:lineRule="auto"/>
              <w:ind w:firstLine="0"/>
              <w:rPr>
                <w:rFonts w:cs="Arial"/>
                <w:b/>
                <w:caps/>
                <w:color w:val="FF0000"/>
                <w:sz w:val="20"/>
                <w:szCs w:val="20"/>
              </w:rPr>
            </w:pPr>
            <w:r w:rsidRPr="008F467B">
              <w:rPr>
                <w:rFonts w:cs="Arial"/>
                <w:b/>
                <w:caps/>
                <w:color w:val="FF0000"/>
                <w:sz w:val="20"/>
                <w:szCs w:val="20"/>
              </w:rPr>
              <w:t>Nº da página</w:t>
            </w:r>
          </w:p>
        </w:tc>
      </w:tr>
      <w:tr w:rsidR="008F467B" w:rsidRPr="00AC5574" w14:paraId="5F64070F" w14:textId="77777777" w:rsidTr="008F467B">
        <w:tc>
          <w:tcPr>
            <w:tcW w:w="7196" w:type="dxa"/>
          </w:tcPr>
          <w:p w14:paraId="3680AD1E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</w:pPr>
            <w:r w:rsidRPr="003E3D38"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  <w:t xml:space="preserve">Resumo </w:t>
            </w:r>
          </w:p>
        </w:tc>
        <w:tc>
          <w:tcPr>
            <w:tcW w:w="1843" w:type="dxa"/>
          </w:tcPr>
          <w:p w14:paraId="017E2527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14A86B39" w14:textId="77777777" w:rsidTr="008F467B">
        <w:tc>
          <w:tcPr>
            <w:tcW w:w="7196" w:type="dxa"/>
          </w:tcPr>
          <w:p w14:paraId="1B6FA5A4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</w:pPr>
            <w:r w:rsidRPr="003E3D38"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  <w:t>Abstract</w:t>
            </w:r>
          </w:p>
        </w:tc>
        <w:tc>
          <w:tcPr>
            <w:tcW w:w="1843" w:type="dxa"/>
          </w:tcPr>
          <w:p w14:paraId="253245B1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41FAD149" w14:textId="77777777" w:rsidTr="008F467B">
        <w:tc>
          <w:tcPr>
            <w:tcW w:w="7196" w:type="dxa"/>
          </w:tcPr>
          <w:p w14:paraId="1C262DF8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</w:pPr>
            <w:r w:rsidRPr="003E3D38"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  <w:t>Introdução</w:t>
            </w:r>
          </w:p>
        </w:tc>
        <w:tc>
          <w:tcPr>
            <w:tcW w:w="1843" w:type="dxa"/>
          </w:tcPr>
          <w:p w14:paraId="7FBE48C6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76C67272" w14:textId="77777777" w:rsidTr="008F467B">
        <w:tc>
          <w:tcPr>
            <w:tcW w:w="7196" w:type="dxa"/>
          </w:tcPr>
          <w:p w14:paraId="4E3BB303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bCs/>
                <w:color w:val="262626" w:themeColor="text1" w:themeTint="D9"/>
                <w:sz w:val="22"/>
              </w:rPr>
            </w:pPr>
            <w:r w:rsidRPr="003E3D38">
              <w:rPr>
                <w:rFonts w:cs="Arial"/>
                <w:b/>
                <w:bCs/>
                <w:color w:val="262626" w:themeColor="text1" w:themeTint="D9"/>
                <w:sz w:val="22"/>
              </w:rPr>
              <w:t>JUSTIFICATIVA</w:t>
            </w:r>
          </w:p>
        </w:tc>
        <w:tc>
          <w:tcPr>
            <w:tcW w:w="1843" w:type="dxa"/>
          </w:tcPr>
          <w:p w14:paraId="634F5D98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3AAEDC58" w14:textId="77777777" w:rsidTr="008F467B">
        <w:tc>
          <w:tcPr>
            <w:tcW w:w="7196" w:type="dxa"/>
          </w:tcPr>
          <w:p w14:paraId="362184A3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Relevância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e magnitude </w:t>
            </w:r>
            <w:proofErr w:type="gramStart"/>
            <w:r w:rsidRPr="003E3D38">
              <w:rPr>
                <w:rFonts w:cs="Arial"/>
                <w:color w:val="262626" w:themeColor="text1" w:themeTint="D9"/>
                <w:sz w:val="22"/>
              </w:rPr>
              <w:t>do</w:t>
            </w:r>
            <w:proofErr w:type="gram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problema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para o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ecossistema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Saúde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com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foco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no </w:t>
            </w:r>
            <w:hyperlink r:id="rId8" w:history="1">
              <w:r w:rsidRPr="003E3D38">
                <w:rPr>
                  <w:rStyle w:val="Hyperlink"/>
                  <w:rFonts w:cs="Arial"/>
                  <w:color w:val="262626" w:themeColor="text1" w:themeTint="D9"/>
                  <w:sz w:val="22"/>
                </w:rPr>
                <w:t>SUS Digital</w:t>
              </w:r>
            </w:hyperlink>
          </w:p>
        </w:tc>
        <w:tc>
          <w:tcPr>
            <w:tcW w:w="1843" w:type="dxa"/>
          </w:tcPr>
          <w:p w14:paraId="3EEA398E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6F8053BF" w14:textId="77777777" w:rsidTr="008F467B">
        <w:tc>
          <w:tcPr>
            <w:tcW w:w="7196" w:type="dxa"/>
          </w:tcPr>
          <w:p w14:paraId="6147FB0D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bCs/>
                <w:color w:val="262626" w:themeColor="text1" w:themeTint="D9"/>
                <w:sz w:val="22"/>
              </w:rPr>
            </w:pPr>
            <w:r w:rsidRPr="003E3D38">
              <w:rPr>
                <w:rFonts w:cs="Arial"/>
                <w:b/>
                <w:bCs/>
                <w:color w:val="262626" w:themeColor="text1" w:themeTint="D9"/>
                <w:sz w:val="22"/>
              </w:rPr>
              <w:t>OBJETIVOS</w:t>
            </w:r>
          </w:p>
        </w:tc>
        <w:tc>
          <w:tcPr>
            <w:tcW w:w="1843" w:type="dxa"/>
          </w:tcPr>
          <w:p w14:paraId="21770ED2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332C94D6" w14:textId="77777777" w:rsidTr="008F467B">
        <w:tc>
          <w:tcPr>
            <w:tcW w:w="7196" w:type="dxa"/>
          </w:tcPr>
          <w:p w14:paraId="2919AED7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Objetivo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geral</w:t>
            </w:r>
            <w:proofErr w:type="spellEnd"/>
          </w:p>
        </w:tc>
        <w:tc>
          <w:tcPr>
            <w:tcW w:w="1843" w:type="dxa"/>
          </w:tcPr>
          <w:p w14:paraId="595529AC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10528832" w14:textId="77777777" w:rsidTr="008F467B">
        <w:tc>
          <w:tcPr>
            <w:tcW w:w="7196" w:type="dxa"/>
          </w:tcPr>
          <w:p w14:paraId="5056980E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Objetivos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específicos</w:t>
            </w:r>
            <w:proofErr w:type="spellEnd"/>
          </w:p>
        </w:tc>
        <w:tc>
          <w:tcPr>
            <w:tcW w:w="1843" w:type="dxa"/>
          </w:tcPr>
          <w:p w14:paraId="25142169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4565DD53" w14:textId="77777777" w:rsidTr="008F467B">
        <w:tc>
          <w:tcPr>
            <w:tcW w:w="7196" w:type="dxa"/>
          </w:tcPr>
          <w:p w14:paraId="493FB1D7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bCs/>
                <w:color w:val="262626" w:themeColor="text1" w:themeTint="D9"/>
                <w:sz w:val="22"/>
              </w:rPr>
            </w:pPr>
            <w:r w:rsidRPr="003E3D38">
              <w:rPr>
                <w:rFonts w:cs="Arial"/>
                <w:b/>
                <w:bCs/>
                <w:color w:val="262626" w:themeColor="text1" w:themeTint="D9"/>
                <w:sz w:val="22"/>
              </w:rPr>
              <w:t>PROPOSTA DE VALOR</w:t>
            </w:r>
          </w:p>
        </w:tc>
        <w:tc>
          <w:tcPr>
            <w:tcW w:w="1843" w:type="dxa"/>
          </w:tcPr>
          <w:p w14:paraId="2B96707B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4C900CC3" w14:textId="77777777" w:rsidTr="008F467B">
        <w:tc>
          <w:tcPr>
            <w:tcW w:w="7196" w:type="dxa"/>
          </w:tcPr>
          <w:p w14:paraId="6FE88D4B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Potencial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contribuição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científica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,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tecnológica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ou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inovação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para a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área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Telessaúde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Saúde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Digital</w:t>
            </w:r>
          </w:p>
        </w:tc>
        <w:tc>
          <w:tcPr>
            <w:tcW w:w="1843" w:type="dxa"/>
          </w:tcPr>
          <w:p w14:paraId="478175C6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327F55AC" w14:textId="77777777" w:rsidTr="008F467B">
        <w:tc>
          <w:tcPr>
            <w:tcW w:w="7196" w:type="dxa"/>
          </w:tcPr>
          <w:p w14:paraId="4D467AE4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Potencial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beneficiários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público-alvo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da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pesquisa</w:t>
            </w:r>
            <w:proofErr w:type="spellEnd"/>
          </w:p>
        </w:tc>
        <w:tc>
          <w:tcPr>
            <w:tcW w:w="1843" w:type="dxa"/>
          </w:tcPr>
          <w:p w14:paraId="23E565CE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2238CDD8" w14:textId="77777777" w:rsidTr="008F467B">
        <w:tc>
          <w:tcPr>
            <w:tcW w:w="7196" w:type="dxa"/>
          </w:tcPr>
          <w:p w14:paraId="5A06660C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Potencial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da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demanda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pesquisa</w:t>
            </w:r>
            <w:proofErr w:type="spellEnd"/>
          </w:p>
        </w:tc>
        <w:tc>
          <w:tcPr>
            <w:tcW w:w="1843" w:type="dxa"/>
          </w:tcPr>
          <w:p w14:paraId="4285CDE6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045D80FB" w14:textId="77777777" w:rsidTr="008F467B">
        <w:tc>
          <w:tcPr>
            <w:tcW w:w="7196" w:type="dxa"/>
          </w:tcPr>
          <w:p w14:paraId="783D9069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Potencial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complexidade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da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solução</w:t>
            </w:r>
            <w:proofErr w:type="spellEnd"/>
          </w:p>
        </w:tc>
        <w:tc>
          <w:tcPr>
            <w:tcW w:w="1843" w:type="dxa"/>
          </w:tcPr>
          <w:p w14:paraId="6CDA0E25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59971D4E" w14:textId="77777777" w:rsidTr="008F467B">
        <w:tc>
          <w:tcPr>
            <w:tcW w:w="7196" w:type="dxa"/>
          </w:tcPr>
          <w:p w14:paraId="1229C114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Potencial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escalabilidade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da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solução</w:t>
            </w:r>
            <w:proofErr w:type="spellEnd"/>
          </w:p>
        </w:tc>
        <w:tc>
          <w:tcPr>
            <w:tcW w:w="1843" w:type="dxa"/>
          </w:tcPr>
          <w:p w14:paraId="66E0CFF7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4C15E0EC" w14:textId="77777777" w:rsidTr="008F467B">
        <w:tc>
          <w:tcPr>
            <w:tcW w:w="7196" w:type="dxa"/>
          </w:tcPr>
          <w:p w14:paraId="154C2CBA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Potencial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contribuição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para o SUS e/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ou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a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Saúde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Suplementar</w:t>
            </w:r>
            <w:proofErr w:type="spellEnd"/>
          </w:p>
        </w:tc>
        <w:tc>
          <w:tcPr>
            <w:tcW w:w="1843" w:type="dxa"/>
          </w:tcPr>
          <w:p w14:paraId="265CAAEC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58ABE0C3" w14:textId="77777777" w:rsidTr="008F467B">
        <w:tc>
          <w:tcPr>
            <w:tcW w:w="7196" w:type="dxa"/>
          </w:tcPr>
          <w:p w14:paraId="7E62989E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Potencial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Inovação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</w:p>
        </w:tc>
        <w:tc>
          <w:tcPr>
            <w:tcW w:w="1843" w:type="dxa"/>
          </w:tcPr>
          <w:p w14:paraId="2785F244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1473E4CA" w14:textId="77777777" w:rsidTr="008F467B">
        <w:tc>
          <w:tcPr>
            <w:tcW w:w="7196" w:type="dxa"/>
          </w:tcPr>
          <w:p w14:paraId="54DA6C4F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Potencial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impacto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relacionado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aos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hyperlink r:id="rId9" w:history="1">
              <w:proofErr w:type="spellStart"/>
              <w:r w:rsidRPr="003E3D38">
                <w:rPr>
                  <w:rStyle w:val="Hyperlink"/>
                  <w:rFonts w:cs="Arial"/>
                  <w:color w:val="262626" w:themeColor="text1" w:themeTint="D9"/>
                  <w:sz w:val="22"/>
                </w:rPr>
                <w:t>Objetivos</w:t>
              </w:r>
              <w:proofErr w:type="spellEnd"/>
              <w:r w:rsidRPr="003E3D38">
                <w:rPr>
                  <w:rStyle w:val="Hyperlink"/>
                  <w:rFonts w:cs="Arial"/>
                  <w:color w:val="262626" w:themeColor="text1" w:themeTint="D9"/>
                  <w:sz w:val="22"/>
                </w:rPr>
                <w:t xml:space="preserve"> de </w:t>
              </w:r>
              <w:proofErr w:type="spellStart"/>
              <w:r w:rsidRPr="003E3D38">
                <w:rPr>
                  <w:rStyle w:val="Hyperlink"/>
                  <w:rFonts w:cs="Arial"/>
                  <w:color w:val="262626" w:themeColor="text1" w:themeTint="D9"/>
                  <w:sz w:val="22"/>
                </w:rPr>
                <w:t>Desenvolvimento</w:t>
              </w:r>
              <w:proofErr w:type="spellEnd"/>
              <w:r w:rsidRPr="003E3D38">
                <w:rPr>
                  <w:rStyle w:val="Hyperlink"/>
                  <w:rFonts w:cs="Arial"/>
                  <w:color w:val="262626" w:themeColor="text1" w:themeTint="D9"/>
                  <w:sz w:val="22"/>
                </w:rPr>
                <w:t xml:space="preserve"> </w:t>
              </w:r>
              <w:proofErr w:type="spellStart"/>
              <w:r w:rsidRPr="003E3D38">
                <w:rPr>
                  <w:rStyle w:val="Hyperlink"/>
                  <w:rFonts w:cs="Arial"/>
                  <w:color w:val="262626" w:themeColor="text1" w:themeTint="D9"/>
                  <w:sz w:val="22"/>
                </w:rPr>
                <w:t>Sustentável</w:t>
              </w:r>
              <w:proofErr w:type="spellEnd"/>
            </w:hyperlink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</w:p>
        </w:tc>
        <w:tc>
          <w:tcPr>
            <w:tcW w:w="1843" w:type="dxa"/>
          </w:tcPr>
          <w:p w14:paraId="5A79F9E0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6E1FB10A" w14:textId="77777777" w:rsidTr="008F467B">
        <w:tc>
          <w:tcPr>
            <w:tcW w:w="7196" w:type="dxa"/>
          </w:tcPr>
          <w:p w14:paraId="3D1CC7C4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Potencial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impacto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relacionado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à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Estratégia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Nacional de Governo Digital do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Brasil</w:t>
            </w:r>
            <w:proofErr w:type="spellEnd"/>
          </w:p>
        </w:tc>
        <w:tc>
          <w:tcPr>
            <w:tcW w:w="1843" w:type="dxa"/>
          </w:tcPr>
          <w:p w14:paraId="14286E64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szCs w:val="24"/>
              </w:rPr>
            </w:pPr>
          </w:p>
        </w:tc>
      </w:tr>
      <w:tr w:rsidR="008F467B" w:rsidRPr="00AC5574" w14:paraId="75D56709" w14:textId="77777777" w:rsidTr="008F467B">
        <w:tc>
          <w:tcPr>
            <w:tcW w:w="7196" w:type="dxa"/>
          </w:tcPr>
          <w:p w14:paraId="50D7CE1C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</w:pPr>
            <w:r w:rsidRPr="003E3D38"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  <w:t>Material e Métodos</w:t>
            </w:r>
          </w:p>
        </w:tc>
        <w:tc>
          <w:tcPr>
            <w:tcW w:w="1843" w:type="dxa"/>
          </w:tcPr>
          <w:p w14:paraId="020ADD38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1142A8D5" w14:textId="77777777" w:rsidTr="008F467B">
        <w:tc>
          <w:tcPr>
            <w:tcW w:w="7196" w:type="dxa"/>
          </w:tcPr>
          <w:p w14:paraId="16DEBF3B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Aspectos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Éticos</w:t>
            </w:r>
            <w:proofErr w:type="spellEnd"/>
          </w:p>
        </w:tc>
        <w:tc>
          <w:tcPr>
            <w:tcW w:w="1843" w:type="dxa"/>
          </w:tcPr>
          <w:p w14:paraId="7A5B07AE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689783A2" w14:textId="77777777" w:rsidTr="008F467B">
        <w:tc>
          <w:tcPr>
            <w:tcW w:w="7196" w:type="dxa"/>
          </w:tcPr>
          <w:p w14:paraId="4553A85A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Tipo de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Estudo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Científico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na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proposta</w:t>
            </w:r>
            <w:proofErr w:type="spellEnd"/>
          </w:p>
        </w:tc>
        <w:tc>
          <w:tcPr>
            <w:tcW w:w="1843" w:type="dxa"/>
          </w:tcPr>
          <w:p w14:paraId="356E6EA5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262D7BE2" w14:textId="77777777" w:rsidTr="008F467B">
        <w:tc>
          <w:tcPr>
            <w:tcW w:w="7196" w:type="dxa"/>
          </w:tcPr>
          <w:p w14:paraId="17A1D9F0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Governança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de Dados</w:t>
            </w:r>
          </w:p>
        </w:tc>
        <w:tc>
          <w:tcPr>
            <w:tcW w:w="1843" w:type="dxa"/>
          </w:tcPr>
          <w:p w14:paraId="373277DF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0AD4701D" w14:textId="77777777" w:rsidTr="008F467B">
        <w:tc>
          <w:tcPr>
            <w:tcW w:w="7196" w:type="dxa"/>
          </w:tcPr>
          <w:p w14:paraId="39F646B9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Método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de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análise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dos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resultados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esperados</w:t>
            </w:r>
            <w:proofErr w:type="spellEnd"/>
          </w:p>
        </w:tc>
        <w:tc>
          <w:tcPr>
            <w:tcW w:w="1843" w:type="dxa"/>
          </w:tcPr>
          <w:p w14:paraId="3803F4D5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071BDC5A" w14:textId="77777777" w:rsidTr="008F467B">
        <w:tc>
          <w:tcPr>
            <w:tcW w:w="7196" w:type="dxa"/>
          </w:tcPr>
          <w:p w14:paraId="12DDCF1F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color w:val="262626" w:themeColor="text1" w:themeTint="D9"/>
                <w:sz w:val="22"/>
              </w:rPr>
            </w:pP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Limitações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do </w:t>
            </w:r>
            <w:proofErr w:type="spellStart"/>
            <w:r w:rsidRPr="003E3D38">
              <w:rPr>
                <w:rFonts w:cs="Arial"/>
                <w:color w:val="262626" w:themeColor="text1" w:themeTint="D9"/>
                <w:sz w:val="22"/>
              </w:rPr>
              <w:t>Projeto</w:t>
            </w:r>
            <w:proofErr w:type="spellEnd"/>
            <w:r w:rsidRPr="003E3D38">
              <w:rPr>
                <w:rFonts w:cs="Arial"/>
                <w:color w:val="262626" w:themeColor="text1" w:themeTint="D9"/>
                <w:sz w:val="22"/>
              </w:rPr>
              <w:t xml:space="preserve"> </w:t>
            </w:r>
          </w:p>
        </w:tc>
        <w:tc>
          <w:tcPr>
            <w:tcW w:w="1843" w:type="dxa"/>
          </w:tcPr>
          <w:p w14:paraId="625F8FC8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8F467B" w:rsidRPr="00AC5574" w14:paraId="559BDCEC" w14:textId="77777777" w:rsidTr="008F467B">
        <w:tc>
          <w:tcPr>
            <w:tcW w:w="7196" w:type="dxa"/>
          </w:tcPr>
          <w:p w14:paraId="52E1235D" w14:textId="77777777" w:rsidR="008F467B" w:rsidRPr="003E3D38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bCs/>
                <w:color w:val="262626" w:themeColor="text1" w:themeTint="D9"/>
                <w:sz w:val="22"/>
              </w:rPr>
            </w:pPr>
            <w:r w:rsidRPr="003E3D38"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  <w:t>Cronograma de Execução</w:t>
            </w:r>
            <w:r w:rsidRPr="003E3D38">
              <w:rPr>
                <w:rFonts w:cs="Arial"/>
                <w:b/>
                <w:bCs/>
                <w:color w:val="262626" w:themeColor="text1" w:themeTint="D9"/>
                <w:sz w:val="22"/>
              </w:rPr>
              <w:t xml:space="preserve"> </w:t>
            </w:r>
          </w:p>
        </w:tc>
        <w:tc>
          <w:tcPr>
            <w:tcW w:w="1843" w:type="dxa"/>
          </w:tcPr>
          <w:p w14:paraId="2216893E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szCs w:val="24"/>
              </w:rPr>
            </w:pPr>
          </w:p>
        </w:tc>
      </w:tr>
      <w:tr w:rsidR="008F467B" w:rsidRPr="00AC5574" w14:paraId="60B470C1" w14:textId="77777777" w:rsidTr="008F467B">
        <w:tc>
          <w:tcPr>
            <w:tcW w:w="7196" w:type="dxa"/>
          </w:tcPr>
          <w:p w14:paraId="57773BED" w14:textId="1E5D869D" w:rsidR="008F467B" w:rsidRPr="003E3D38" w:rsidRDefault="008350BC" w:rsidP="008350BC">
            <w:pPr>
              <w:spacing w:line="240" w:lineRule="auto"/>
              <w:ind w:firstLine="0"/>
              <w:jc w:val="both"/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</w:pPr>
            <w:r w:rsidRPr="008350BC"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  <w:t>Infraestrutura, parcerias e viabilidade técnica</w:t>
            </w:r>
          </w:p>
        </w:tc>
        <w:tc>
          <w:tcPr>
            <w:tcW w:w="1843" w:type="dxa"/>
          </w:tcPr>
          <w:p w14:paraId="1442C60C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szCs w:val="24"/>
              </w:rPr>
            </w:pPr>
          </w:p>
        </w:tc>
      </w:tr>
      <w:tr w:rsidR="008F467B" w:rsidRPr="00AC5574" w14:paraId="3F84C8B0" w14:textId="77777777" w:rsidTr="008F467B">
        <w:trPr>
          <w:trHeight w:val="96"/>
        </w:trPr>
        <w:tc>
          <w:tcPr>
            <w:tcW w:w="7196" w:type="dxa"/>
          </w:tcPr>
          <w:p w14:paraId="05569760" w14:textId="733BCF8B" w:rsidR="008F467B" w:rsidRPr="003E3D38" w:rsidRDefault="006760BC" w:rsidP="009E6144">
            <w:pPr>
              <w:spacing w:line="240" w:lineRule="auto"/>
              <w:ind w:firstLine="0"/>
              <w:jc w:val="both"/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</w:pPr>
            <w:r w:rsidRPr="003E3D38"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  <w:t>tipo de trabalho de conclusão</w:t>
            </w:r>
            <w:r w:rsidR="008F467B" w:rsidRPr="003E3D38"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  <w:t xml:space="preserve"> </w:t>
            </w:r>
          </w:p>
        </w:tc>
        <w:tc>
          <w:tcPr>
            <w:tcW w:w="1843" w:type="dxa"/>
          </w:tcPr>
          <w:p w14:paraId="65F9E9A2" w14:textId="77777777" w:rsidR="008F467B" w:rsidRPr="00AC5574" w:rsidRDefault="008F467B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195803" w:rsidRPr="00AC5574" w14:paraId="7570D5FA" w14:textId="77777777" w:rsidTr="008F467B">
        <w:trPr>
          <w:trHeight w:val="96"/>
        </w:trPr>
        <w:tc>
          <w:tcPr>
            <w:tcW w:w="7196" w:type="dxa"/>
          </w:tcPr>
          <w:p w14:paraId="193A2018" w14:textId="2D31273E" w:rsidR="00195803" w:rsidRPr="003E3D38" w:rsidRDefault="006760BC" w:rsidP="009E6144">
            <w:pPr>
              <w:spacing w:line="240" w:lineRule="auto"/>
              <w:ind w:firstLine="0"/>
              <w:jc w:val="both"/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</w:pPr>
            <w:r w:rsidRPr="003E3D38"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  <w:t>Referências Bibliográficas</w:t>
            </w:r>
          </w:p>
        </w:tc>
        <w:tc>
          <w:tcPr>
            <w:tcW w:w="1843" w:type="dxa"/>
          </w:tcPr>
          <w:p w14:paraId="65EDF8DB" w14:textId="77777777" w:rsidR="00195803" w:rsidRPr="00AC5574" w:rsidRDefault="00195803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  <w:tr w:rsidR="00394064" w:rsidRPr="00AC5574" w14:paraId="6CA019FC" w14:textId="77777777" w:rsidTr="008F467B">
        <w:trPr>
          <w:trHeight w:val="96"/>
        </w:trPr>
        <w:tc>
          <w:tcPr>
            <w:tcW w:w="7196" w:type="dxa"/>
          </w:tcPr>
          <w:p w14:paraId="5511D29B" w14:textId="77777777" w:rsidR="00394064" w:rsidRPr="00394064" w:rsidRDefault="00394064" w:rsidP="00394064">
            <w:pPr>
              <w:spacing w:line="240" w:lineRule="auto"/>
              <w:ind w:firstLine="0"/>
              <w:jc w:val="both"/>
              <w:rPr>
                <w:rFonts w:cs="Arial"/>
                <w:b/>
                <w:bCs/>
                <w:caps/>
                <w:color w:val="EE0000"/>
                <w:sz w:val="22"/>
              </w:rPr>
            </w:pPr>
            <w:r w:rsidRPr="00394064">
              <w:rPr>
                <w:rFonts w:cs="Arial"/>
                <w:b/>
                <w:bCs/>
                <w:caps/>
                <w:color w:val="EE0000"/>
                <w:sz w:val="22"/>
              </w:rPr>
              <w:t>CHECKLIST DE FORMATAÇÃO – MODELO</w:t>
            </w:r>
          </w:p>
          <w:p w14:paraId="40A1C56C" w14:textId="77777777" w:rsidR="00394064" w:rsidRPr="003E3D38" w:rsidRDefault="00394064" w:rsidP="00394064">
            <w:pPr>
              <w:spacing w:line="240" w:lineRule="auto"/>
              <w:ind w:firstLine="0"/>
              <w:jc w:val="both"/>
              <w:rPr>
                <w:rFonts w:cs="Arial"/>
                <w:b/>
                <w:bCs/>
                <w:caps/>
                <w:color w:val="262626" w:themeColor="text1" w:themeTint="D9"/>
                <w:sz w:val="22"/>
              </w:rPr>
            </w:pPr>
          </w:p>
        </w:tc>
        <w:tc>
          <w:tcPr>
            <w:tcW w:w="1843" w:type="dxa"/>
          </w:tcPr>
          <w:p w14:paraId="191F9B93" w14:textId="77777777" w:rsidR="00394064" w:rsidRPr="00AC5574" w:rsidRDefault="00394064" w:rsidP="009E6144">
            <w:pPr>
              <w:spacing w:line="240" w:lineRule="auto"/>
              <w:ind w:firstLine="0"/>
              <w:jc w:val="both"/>
              <w:rPr>
                <w:rFonts w:cs="Arial"/>
                <w:b/>
                <w:szCs w:val="24"/>
              </w:rPr>
            </w:pPr>
          </w:p>
        </w:tc>
      </w:tr>
    </w:tbl>
    <w:p w14:paraId="6413E3CC" w14:textId="77777777" w:rsidR="008F467B" w:rsidRPr="00AC5574" w:rsidRDefault="008F467B" w:rsidP="008F467B">
      <w:pPr>
        <w:jc w:val="both"/>
        <w:rPr>
          <w:rFonts w:cs="Arial"/>
          <w:b/>
          <w:caps/>
          <w:szCs w:val="24"/>
        </w:rPr>
      </w:pPr>
    </w:p>
    <w:p w14:paraId="20C69242" w14:textId="6A16FD79" w:rsidR="008C57DD" w:rsidRDefault="008F467B" w:rsidP="008F467B">
      <w:r w:rsidRPr="00AC5574">
        <w:rPr>
          <w:rFonts w:cs="Arial"/>
          <w:b/>
          <w:caps/>
          <w:szCs w:val="24"/>
        </w:rPr>
        <w:br w:type="page"/>
      </w:r>
    </w:p>
    <w:p w14:paraId="7CE59FF3" w14:textId="77777777" w:rsidR="008C57DD" w:rsidRDefault="00000000">
      <w:pPr>
        <w:pStyle w:val="Ttulo1"/>
      </w:pPr>
      <w:r>
        <w:lastRenderedPageBreak/>
        <w:t>RESUMO</w:t>
      </w:r>
    </w:p>
    <w:p w14:paraId="10363367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Elabore um resumo em português, com até 500 palavras, apresentando contexto/problema, pergunta de pesquisa, objetivo, método, solução/produto proposto e resultados ou contribuições esperadas. Evite citações no resumo.</w:t>
      </w:r>
    </w:p>
    <w:p w14:paraId="0A5EAF4B" w14:textId="77777777" w:rsidR="008C57DD" w:rsidRDefault="00000000">
      <w:pPr>
        <w:pStyle w:val="Placeholder"/>
      </w:pPr>
      <w:r>
        <w:t>[Insira o texto do resumo em português aqui, respeitando o limite de 500 palavras.]</w:t>
      </w:r>
    </w:p>
    <w:p w14:paraId="6D777E8D" w14:textId="77777777" w:rsidR="008C57DD" w:rsidRDefault="00000000">
      <w:pPr>
        <w:pStyle w:val="Keyword"/>
      </w:pPr>
      <w:r>
        <w:rPr>
          <w:b/>
        </w:rPr>
        <w:t xml:space="preserve">Palavras-chave: </w:t>
      </w:r>
      <w:r>
        <w:t>[Inserir de 3 a 5 descritores estruturados conforme DeCS/MeSH.]</w:t>
      </w:r>
    </w:p>
    <w:p w14:paraId="1C3ECACE" w14:textId="77777777" w:rsidR="008C57DD" w:rsidRDefault="00000000">
      <w:r>
        <w:br w:type="page"/>
      </w:r>
    </w:p>
    <w:p w14:paraId="2FF703C0" w14:textId="77777777" w:rsidR="008C57DD" w:rsidRDefault="00000000">
      <w:pPr>
        <w:pStyle w:val="Ttulo1"/>
      </w:pPr>
      <w:r>
        <w:lastRenderedPageBreak/>
        <w:t>ABSTRACT</w:t>
      </w:r>
    </w:p>
    <w:p w14:paraId="32579818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Apresente a versão em inglês do resumo, mantendo correspondência de conteúdo com o resumo em português.</w:t>
      </w:r>
    </w:p>
    <w:p w14:paraId="6572A529" w14:textId="77777777" w:rsidR="008C57DD" w:rsidRDefault="00000000">
      <w:pPr>
        <w:pStyle w:val="Placeholder"/>
      </w:pPr>
      <w:r>
        <w:t>[Insert the abstract in English here, respecting the 500-word limit.]</w:t>
      </w:r>
    </w:p>
    <w:p w14:paraId="7A370AEE" w14:textId="77777777" w:rsidR="008C57DD" w:rsidRDefault="00000000">
      <w:pPr>
        <w:pStyle w:val="Keyword"/>
      </w:pPr>
      <w:r>
        <w:rPr>
          <w:b/>
        </w:rPr>
        <w:t xml:space="preserve">Keywords: </w:t>
      </w:r>
      <w:r>
        <w:t>[Insert 3 to 5 descriptors structured according to DeCS/MeSH.]</w:t>
      </w:r>
    </w:p>
    <w:p w14:paraId="2CAB4206" w14:textId="77777777" w:rsidR="008C57DD" w:rsidRDefault="00000000">
      <w:r>
        <w:br w:type="page"/>
      </w:r>
    </w:p>
    <w:p w14:paraId="4110B9DE" w14:textId="77777777" w:rsidR="008C57DD" w:rsidRDefault="00000000">
      <w:pPr>
        <w:pStyle w:val="Ttulo1"/>
      </w:pPr>
      <w:r>
        <w:lastRenderedPageBreak/>
        <w:t>INTRODUÇÃO</w:t>
      </w:r>
    </w:p>
    <w:p w14:paraId="39B763BF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Apresente o contexto e o referencial teórico do anteprojeto, delimitando o domínio clínico, assistencial, educacional, tecnológico ou de gestão em saúde digital. Caracterize o estado do conhecimento, priorizando literatura científica recente e pertinente. Defina conceitos essenciais e conduza o leitor à delimitação do problema.</w:t>
      </w:r>
    </w:p>
    <w:p w14:paraId="4B7A7805" w14:textId="77777777" w:rsidR="008C57DD" w:rsidRDefault="00000000">
      <w:pPr>
        <w:pStyle w:val="Placeholder"/>
      </w:pPr>
      <w:r>
        <w:t>[Desenvolva a introdução. Utilize citações conforme ABNT NBR 10520:2023 e referências conforme ABNT NBR 6023:2018.]</w:t>
      </w:r>
    </w:p>
    <w:p w14:paraId="345B254B" w14:textId="77777777" w:rsidR="008C57DD" w:rsidRDefault="00000000">
      <w:r>
        <w:br w:type="page"/>
      </w:r>
    </w:p>
    <w:p w14:paraId="27B2810B" w14:textId="77777777" w:rsidR="008C57DD" w:rsidRDefault="00000000">
      <w:pPr>
        <w:pStyle w:val="Ttulo1"/>
      </w:pPr>
      <w:r>
        <w:lastRenderedPageBreak/>
        <w:t>JUSTIFICATIVA</w:t>
      </w:r>
    </w:p>
    <w:p w14:paraId="060D51D3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Contextualize o problema que motivou o projeto e apresente objetivamente a PERGUNTA DE PESQUISA. Fundamente a relevância científica, tecnológica, assistencial, educacional ou de gestão. Demonstre a ADERÊNCIA INSTITUCIONAL, descrevendo como a finalidade prática do produto responde aos objetivos da linha de pesquisa selecionada no Programa de Pós-Graduação em Telessaúde e Saúde Digital da UERJ.</w:t>
      </w:r>
    </w:p>
    <w:p w14:paraId="4808C26D" w14:textId="77777777" w:rsidR="008C57DD" w:rsidRDefault="00000000">
      <w:pPr>
        <w:pStyle w:val="Ttulo2"/>
      </w:pPr>
      <w:r>
        <w:t>Relevância e magnitude do problema para o ecossistema de Saúde com foco no SUS Digital</w:t>
      </w:r>
    </w:p>
    <w:p w14:paraId="1317A0F9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Apresente evidências sobre magnitude, frequência, distribuição, necessidades ou lacunas relacionadas ao problema. Quando pertinente, relacione o problema às políticas, estratégias, modelos informacionais e processos de transformação digital em saúde, especialmente no contexto do SUS Digital.</w:t>
      </w:r>
    </w:p>
    <w:p w14:paraId="0C872DFA" w14:textId="77777777" w:rsidR="008C57DD" w:rsidRDefault="00000000">
      <w:pPr>
        <w:pStyle w:val="Placeholder"/>
      </w:pPr>
      <w:r>
        <w:t>[Desenvolva a justificativa e a pergunta de pesquisa.]</w:t>
      </w:r>
    </w:p>
    <w:p w14:paraId="38FB882B" w14:textId="77777777" w:rsidR="008C57DD" w:rsidRDefault="00000000">
      <w:r>
        <w:br w:type="page"/>
      </w:r>
    </w:p>
    <w:p w14:paraId="24A3A3E1" w14:textId="77777777" w:rsidR="008C57DD" w:rsidRDefault="00000000">
      <w:pPr>
        <w:pStyle w:val="Ttulo1"/>
      </w:pPr>
      <w:r>
        <w:lastRenderedPageBreak/>
        <w:t>OBJETIVOS</w:t>
      </w:r>
    </w:p>
    <w:p w14:paraId="34D2A271" w14:textId="77777777" w:rsidR="008C57DD" w:rsidRDefault="00000000">
      <w:pPr>
        <w:pStyle w:val="Ttulo2"/>
      </w:pPr>
      <w:r>
        <w:t>Objetivo geral</w:t>
      </w:r>
    </w:p>
    <w:p w14:paraId="0FAE8945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Defina uma única frase iniciada por verbo no infinitivo, contemplando o desenvolvimento, validação e/ou avaliação do impacto da solução tecnológica proposta.</w:t>
      </w:r>
    </w:p>
    <w:p w14:paraId="35D4C2BB" w14:textId="77777777" w:rsidR="008C57DD" w:rsidRDefault="00000000">
      <w:pPr>
        <w:pStyle w:val="Placeholder"/>
      </w:pPr>
      <w:r>
        <w:t>[Inserir objetivo geral.]</w:t>
      </w:r>
    </w:p>
    <w:p w14:paraId="3E3F4F48" w14:textId="77777777" w:rsidR="008C57DD" w:rsidRDefault="00000000">
      <w:pPr>
        <w:pStyle w:val="Ttulo2"/>
      </w:pPr>
      <w:r>
        <w:t>Objetivos específicos</w:t>
      </w:r>
    </w:p>
    <w:p w14:paraId="1DD164B6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Organize, preferencialmente, três objetivos iniciados por verbos no infinitivo, cobrindo coerentemente as fases do ciclo de vida da pesquisa tecnológica.</w:t>
      </w:r>
    </w:p>
    <w:p w14:paraId="05114EA5" w14:textId="77777777" w:rsidR="008C57DD" w:rsidRDefault="00000000">
      <w:r>
        <w:rPr>
          <w:b/>
        </w:rPr>
        <w:t xml:space="preserve">1) </w:t>
      </w:r>
      <w:r>
        <w:t>[Inserir objetivo específico.]</w:t>
      </w:r>
    </w:p>
    <w:p w14:paraId="0402D016" w14:textId="77777777" w:rsidR="008C57DD" w:rsidRDefault="00000000">
      <w:r>
        <w:rPr>
          <w:b/>
        </w:rPr>
        <w:t xml:space="preserve">2) </w:t>
      </w:r>
      <w:r>
        <w:t>[Inserir objetivo específico.]</w:t>
      </w:r>
    </w:p>
    <w:p w14:paraId="7AF57BAF" w14:textId="77777777" w:rsidR="008C57DD" w:rsidRDefault="00000000">
      <w:r>
        <w:rPr>
          <w:b/>
        </w:rPr>
        <w:t xml:space="preserve">3) </w:t>
      </w:r>
      <w:r>
        <w:t>[Inserir objetivo específico.]</w:t>
      </w:r>
    </w:p>
    <w:p w14:paraId="3696E269" w14:textId="77777777" w:rsidR="008C57DD" w:rsidRDefault="00000000">
      <w:r>
        <w:br w:type="page"/>
      </w:r>
    </w:p>
    <w:p w14:paraId="5578971B" w14:textId="77777777" w:rsidR="008C57DD" w:rsidRDefault="00000000">
      <w:pPr>
        <w:pStyle w:val="Ttulo1"/>
      </w:pPr>
      <w:r>
        <w:lastRenderedPageBreak/>
        <w:t>PROPOSTA DE VALOR</w:t>
      </w:r>
    </w:p>
    <w:p w14:paraId="0E49D329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Explique o tipo de inovação e o diferencial do projeto em relação às soluções ou conhecimentos já disponíveis. Descreva diretamente qual dor, necessidade, lacuna ou oportunidade do público-alvo será atendida.</w:t>
      </w:r>
    </w:p>
    <w:p w14:paraId="41367209" w14:textId="77777777" w:rsidR="008C57DD" w:rsidRDefault="00000000" w:rsidP="00E96135">
      <w:pPr>
        <w:pStyle w:val="Ttulo2"/>
        <w:jc w:val="center"/>
      </w:pPr>
      <w:r>
        <w:t>Potencial de contribuição científica, tecnológica ou de inovação para a área de Telessaúde e Saúde Digital</w:t>
      </w:r>
    </w:p>
    <w:p w14:paraId="60C18834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Descreva a contribuição esperada para geração, aplicação, validação ou disseminação de conhecimento, tecnologia, método, processo, serviço ou produto.</w:t>
      </w:r>
    </w:p>
    <w:p w14:paraId="7B9310EC" w14:textId="77777777" w:rsidR="008C57DD" w:rsidRDefault="00000000">
      <w:pPr>
        <w:pStyle w:val="Placeholder"/>
      </w:pPr>
      <w:r>
        <w:t>[Desenvolva este item com evidências e, quando pertinente, referências.]</w:t>
      </w:r>
    </w:p>
    <w:p w14:paraId="53FD2C5D" w14:textId="77777777" w:rsidR="008C57DD" w:rsidRDefault="00000000" w:rsidP="00E96135">
      <w:pPr>
        <w:pStyle w:val="Ttulo2"/>
        <w:jc w:val="center"/>
      </w:pPr>
      <w:r>
        <w:t>Potencial de beneficiários e público-alvo da pesquisa</w:t>
      </w:r>
    </w:p>
    <w:p w14:paraId="329BC4BA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Caracterize beneficiários diretos e indiretos e o público-alvo, considerando profissionais, gestores, cidadãos, instituições ou outros grupos pertinentes.</w:t>
      </w:r>
    </w:p>
    <w:p w14:paraId="1CD6DE5A" w14:textId="77777777" w:rsidR="008C57DD" w:rsidRDefault="00000000">
      <w:pPr>
        <w:pStyle w:val="Placeholder"/>
      </w:pPr>
      <w:r>
        <w:t>[Desenvolva este item com evidências e, quando pertinente, referências.]</w:t>
      </w:r>
    </w:p>
    <w:p w14:paraId="7A1CE0CF" w14:textId="77777777" w:rsidR="008C57DD" w:rsidRDefault="00000000" w:rsidP="00E96135">
      <w:pPr>
        <w:pStyle w:val="Ttulo2"/>
        <w:jc w:val="center"/>
      </w:pPr>
      <w:r>
        <w:t>Potencial da demanda de pesquisa</w:t>
      </w:r>
    </w:p>
    <w:p w14:paraId="40E9554B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Demonstre a existência da demanda ou necessidade que justifica a pesquisa, indicando evidências quantitativas ou qualitativas quando disponíveis.</w:t>
      </w:r>
    </w:p>
    <w:p w14:paraId="5279EDE5" w14:textId="77777777" w:rsidR="008C57DD" w:rsidRDefault="00000000">
      <w:pPr>
        <w:pStyle w:val="Placeholder"/>
      </w:pPr>
      <w:r>
        <w:t>[Desenvolva este item com evidências e, quando pertinente, referências.]</w:t>
      </w:r>
    </w:p>
    <w:p w14:paraId="2AA84741" w14:textId="77777777" w:rsidR="008C57DD" w:rsidRDefault="00000000" w:rsidP="00E96135">
      <w:pPr>
        <w:pStyle w:val="Ttulo2"/>
        <w:jc w:val="center"/>
      </w:pPr>
      <w:r>
        <w:t>Potencial de complexidade da solução</w:t>
      </w:r>
    </w:p>
    <w:p w14:paraId="14C25305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Descreva componentes, integrações, requisitos, competências e desafios técnicos, organizacionais ou assistenciais envolvidos.</w:t>
      </w:r>
    </w:p>
    <w:p w14:paraId="7DF7A873" w14:textId="77777777" w:rsidR="008C57DD" w:rsidRDefault="00000000">
      <w:pPr>
        <w:pStyle w:val="Placeholder"/>
      </w:pPr>
      <w:r>
        <w:t>[Desenvolva este item com evidências e, quando pertinente, referências.]</w:t>
      </w:r>
    </w:p>
    <w:p w14:paraId="2106487A" w14:textId="77777777" w:rsidR="008C57DD" w:rsidRDefault="00000000" w:rsidP="00E96135">
      <w:pPr>
        <w:pStyle w:val="Ttulo2"/>
        <w:jc w:val="center"/>
      </w:pPr>
      <w:r>
        <w:t>Potencial de escalabilidade da solução</w:t>
      </w:r>
    </w:p>
    <w:p w14:paraId="09173E2D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Explique as condições para expansão da solução para outros serviços, municípios, instituições, públicos, contextos ou territórios.</w:t>
      </w:r>
    </w:p>
    <w:p w14:paraId="5BB8ED42" w14:textId="77777777" w:rsidR="008C57DD" w:rsidRDefault="00000000">
      <w:pPr>
        <w:pStyle w:val="Placeholder"/>
      </w:pPr>
      <w:r>
        <w:t>[Desenvolva este item com evidências e, quando pertinente, referências.]</w:t>
      </w:r>
    </w:p>
    <w:p w14:paraId="6072DD8F" w14:textId="77777777" w:rsidR="008C57DD" w:rsidRDefault="00000000" w:rsidP="00E96135">
      <w:pPr>
        <w:pStyle w:val="Ttulo2"/>
        <w:jc w:val="center"/>
      </w:pPr>
      <w:r>
        <w:t>Potencial de contribuição para o SUS e/ou a Saúde Suplementar</w:t>
      </w:r>
    </w:p>
    <w:p w14:paraId="31AA95F6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Descreva contribuições potenciais para acesso, qualidade, integralidade, eficiência, equidade, segurança, gestão, educação ou outros resultados pertinentes.</w:t>
      </w:r>
    </w:p>
    <w:p w14:paraId="7847BE21" w14:textId="77777777" w:rsidR="008C57DD" w:rsidRDefault="00000000">
      <w:pPr>
        <w:pStyle w:val="Placeholder"/>
      </w:pPr>
      <w:r>
        <w:lastRenderedPageBreak/>
        <w:t>[Desenvolva este item com evidências e, quando pertinente, referências.]</w:t>
      </w:r>
    </w:p>
    <w:p w14:paraId="7355E7EE" w14:textId="77777777" w:rsidR="008C57DD" w:rsidRDefault="00000000" w:rsidP="00E96135">
      <w:pPr>
        <w:pStyle w:val="Ttulo2"/>
        <w:jc w:val="center"/>
      </w:pPr>
      <w:proofErr w:type="spellStart"/>
      <w:r>
        <w:t>Potencial</w:t>
      </w:r>
      <w:proofErr w:type="spellEnd"/>
      <w:r>
        <w:t xml:space="preserve"> de </w:t>
      </w:r>
      <w:proofErr w:type="spellStart"/>
      <w:r>
        <w:t>Inovação</w:t>
      </w:r>
      <w:proofErr w:type="spellEnd"/>
    </w:p>
    <w:p w14:paraId="41AF7DB0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Caracterize a novidade e o grau de diferenciação da solução, indicando o que é novo ou significativamente aprimorado.</w:t>
      </w:r>
    </w:p>
    <w:p w14:paraId="047595E5" w14:textId="77777777" w:rsidR="008C57DD" w:rsidRDefault="00000000">
      <w:pPr>
        <w:pStyle w:val="Placeholder"/>
      </w:pPr>
      <w:r>
        <w:t>[Desenvolva este item com evidências e, quando pertinente, referências.]</w:t>
      </w:r>
    </w:p>
    <w:p w14:paraId="2E041436" w14:textId="77777777" w:rsidR="008C57DD" w:rsidRDefault="00000000">
      <w:pPr>
        <w:pStyle w:val="Ttulo2"/>
      </w:pPr>
      <w:r>
        <w:t>Potencial de impacto relacionado aos Objetivos de Desenvolvimento Sustentável</w:t>
      </w:r>
    </w:p>
    <w:p w14:paraId="6D8820EC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Indique os ODS relacionados ao projeto e explique a contribuição esperada para as metas pertinentes.</w:t>
      </w:r>
    </w:p>
    <w:p w14:paraId="1A63FE9D" w14:textId="77777777" w:rsidR="008C57DD" w:rsidRDefault="00000000">
      <w:pPr>
        <w:pStyle w:val="Placeholder"/>
      </w:pPr>
      <w:r>
        <w:t>[Desenvolva este item com evidências e, quando pertinente, referências.]</w:t>
      </w:r>
    </w:p>
    <w:p w14:paraId="092B90B3" w14:textId="77777777" w:rsidR="008C57DD" w:rsidRDefault="00000000">
      <w:pPr>
        <w:pStyle w:val="Ttulo2"/>
      </w:pPr>
      <w:r>
        <w:t>Potencial de impacto relacionado à Estratégia Nacional de Governo Digital do Brasil</w:t>
      </w:r>
    </w:p>
    <w:p w14:paraId="675AD753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Relacione o projeto aos eixos, princípios, diretrizes ou objetivos pertinentes da Estratégia Nacional de Governo Digital, quando aplicável.</w:t>
      </w:r>
    </w:p>
    <w:p w14:paraId="2303831D" w14:textId="77777777" w:rsidR="008C57DD" w:rsidRDefault="00000000">
      <w:pPr>
        <w:pStyle w:val="Placeholder"/>
      </w:pPr>
      <w:r>
        <w:t>[Desenvolva este item com evidências e, quando pertinente, referências.]</w:t>
      </w:r>
    </w:p>
    <w:p w14:paraId="6B0E2666" w14:textId="77777777" w:rsidR="008C57DD" w:rsidRDefault="00000000">
      <w:r>
        <w:br w:type="page"/>
      </w:r>
    </w:p>
    <w:p w14:paraId="18E40C9F" w14:textId="156D88BE" w:rsidR="008C57DD" w:rsidRDefault="00000000">
      <w:pPr>
        <w:pStyle w:val="Ttulo1"/>
      </w:pPr>
      <w:r>
        <w:lastRenderedPageBreak/>
        <w:t>MATERIAL E MÉTODO</w:t>
      </w:r>
    </w:p>
    <w:p w14:paraId="7FC4E316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 xml:space="preserve">Explique o material, o método de execução e </w:t>
      </w:r>
      <w:proofErr w:type="gramStart"/>
      <w:r>
        <w:t>a</w:t>
      </w:r>
      <w:proofErr w:type="gramEnd"/>
      <w:r>
        <w:t xml:space="preserve"> avaliação dos resultados esperados com o desenvolvimento do projeto. Detalhe desenho do estudo, cenário, população/amostra ou usuários, etapas, procedimentos, tecnologias, instrumentos, indicadores, critérios de inclusão/exclusão, validação e análise, conforme aplicável.</w:t>
      </w:r>
    </w:p>
    <w:p w14:paraId="3F48AD17" w14:textId="77777777" w:rsidR="008C57DD" w:rsidRDefault="00000000">
      <w:pPr>
        <w:pStyle w:val="Ttulo2"/>
      </w:pPr>
      <w:r>
        <w:t>Aspectos Éticos</w:t>
      </w:r>
    </w:p>
    <w:p w14:paraId="62252CFC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Informe os aspectos éticos pertinentes, incluindo necessidade de apreciação por Comitê de Ética em Pesquisa, uso de dados pessoais ou sensíveis, consentimento, anonimização/pseudonimização, riscos, benefícios e medidas de proteção, conforme aplicável.</w:t>
      </w:r>
    </w:p>
    <w:p w14:paraId="473BB363" w14:textId="77777777" w:rsidR="008C57DD" w:rsidRDefault="00000000">
      <w:pPr>
        <w:pStyle w:val="Placeholder"/>
      </w:pPr>
      <w:r>
        <w:t>[Desenvolva este item.]</w:t>
      </w:r>
    </w:p>
    <w:p w14:paraId="585DAFC2" w14:textId="77777777" w:rsidR="008C57DD" w:rsidRDefault="00000000">
      <w:pPr>
        <w:pStyle w:val="Ttulo2"/>
      </w:pPr>
      <w:r>
        <w:t>Tipo de Estudo Científico na proposta</w:t>
      </w:r>
    </w:p>
    <w:p w14:paraId="1D2C9AAB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Classifique e justifique o desenho metodológico do estudo, distinguindo, quando pertinente, pesquisa aplicada, desenvolvimento tecnológico, estudo observacional, experimental, metodológico, avaliação de tecnologia, estudo de implementação ou outro desenho adequado.</w:t>
      </w:r>
    </w:p>
    <w:p w14:paraId="533648E5" w14:textId="77777777" w:rsidR="008C57DD" w:rsidRDefault="00000000">
      <w:pPr>
        <w:pStyle w:val="Placeholder"/>
      </w:pPr>
      <w:r>
        <w:t>[Desenvolva este item.]</w:t>
      </w:r>
    </w:p>
    <w:p w14:paraId="64974A90" w14:textId="77777777" w:rsidR="008C57DD" w:rsidRDefault="00000000">
      <w:pPr>
        <w:pStyle w:val="Ttulo2"/>
      </w:pPr>
      <w:r>
        <w:t>Governança de Dados</w:t>
      </w:r>
    </w:p>
    <w:p w14:paraId="1B145A32" w14:textId="4454AD29" w:rsidR="008C57DD" w:rsidRDefault="00000000">
      <w:pPr>
        <w:pStyle w:val="Instruction"/>
      </w:pPr>
      <w:r>
        <w:rPr>
          <w:b/>
        </w:rPr>
        <w:t xml:space="preserve">📌 Orientações de </w:t>
      </w:r>
      <w:proofErr w:type="spellStart"/>
      <w:r>
        <w:rPr>
          <w:b/>
        </w:rPr>
        <w:t>preenchimento</w:t>
      </w:r>
      <w:proofErr w:type="spellEnd"/>
      <w:r>
        <w:rPr>
          <w:b/>
        </w:rPr>
        <w:t xml:space="preserve">: </w:t>
      </w:r>
      <w:proofErr w:type="spellStart"/>
      <w:r>
        <w:t>Descreva</w:t>
      </w:r>
      <w:proofErr w:type="spellEnd"/>
      <w:r>
        <w:t xml:space="preserve"> </w:t>
      </w:r>
      <w:proofErr w:type="spellStart"/>
      <w:r>
        <w:t>origem</w:t>
      </w:r>
      <w:proofErr w:type="spellEnd"/>
      <w:r>
        <w:t xml:space="preserve">, </w:t>
      </w:r>
      <w:proofErr w:type="spellStart"/>
      <w:r>
        <w:t>finalidade</w:t>
      </w:r>
      <w:proofErr w:type="spellEnd"/>
      <w:r>
        <w:t xml:space="preserve">, </w:t>
      </w:r>
      <w:proofErr w:type="spellStart"/>
      <w:r>
        <w:t>acesso</w:t>
      </w:r>
      <w:proofErr w:type="spellEnd"/>
      <w:r>
        <w:t xml:space="preserve">, </w:t>
      </w:r>
      <w:proofErr w:type="spellStart"/>
      <w:r>
        <w:t>armazenamento</w:t>
      </w:r>
      <w:proofErr w:type="spellEnd"/>
      <w:r>
        <w:t xml:space="preserve">, </w:t>
      </w:r>
      <w:proofErr w:type="spellStart"/>
      <w:r>
        <w:t>segurança</w:t>
      </w:r>
      <w:proofErr w:type="spellEnd"/>
      <w:r>
        <w:t xml:space="preserve">, </w:t>
      </w:r>
      <w:proofErr w:type="spellStart"/>
      <w:r>
        <w:t>qualidade</w:t>
      </w:r>
      <w:proofErr w:type="spellEnd"/>
      <w:r>
        <w:t xml:space="preserve">, </w:t>
      </w:r>
      <w:proofErr w:type="spellStart"/>
      <w:r>
        <w:t>interoperabilidade</w:t>
      </w:r>
      <w:proofErr w:type="spellEnd"/>
      <w:r>
        <w:t xml:space="preserve">, </w:t>
      </w:r>
      <w:proofErr w:type="spellStart"/>
      <w:r w:rsidR="00E96135">
        <w:t>tratamento</w:t>
      </w:r>
      <w:proofErr w:type="spellEnd"/>
      <w:r w:rsidR="00E96135">
        <w:t xml:space="preserve">, </w:t>
      </w:r>
      <w:proofErr w:type="spellStart"/>
      <w:r>
        <w:t>compartilhamento</w:t>
      </w:r>
      <w:proofErr w:type="spellEnd"/>
      <w:r>
        <w:t xml:space="preserve">, </w:t>
      </w:r>
      <w:proofErr w:type="spellStart"/>
      <w:r>
        <w:t>retenção</w:t>
      </w:r>
      <w:proofErr w:type="spellEnd"/>
      <w:r>
        <w:t xml:space="preserve">, </w:t>
      </w:r>
      <w:proofErr w:type="spellStart"/>
      <w:r>
        <w:t>descarte</w:t>
      </w:r>
      <w:proofErr w:type="spellEnd"/>
      <w:r>
        <w:t xml:space="preserve"> e </w:t>
      </w:r>
      <w:proofErr w:type="spellStart"/>
      <w:r>
        <w:t>responsabilidades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dados. Considere LGPD e demais normas aplicáveis.</w:t>
      </w:r>
    </w:p>
    <w:p w14:paraId="76D4E882" w14:textId="77777777" w:rsidR="008C57DD" w:rsidRDefault="00000000">
      <w:pPr>
        <w:pStyle w:val="Placeholder"/>
      </w:pPr>
      <w:r>
        <w:t>[Desenvolva este item.]</w:t>
      </w:r>
    </w:p>
    <w:p w14:paraId="60E8B3D8" w14:textId="77777777" w:rsidR="008C57DD" w:rsidRDefault="00000000">
      <w:pPr>
        <w:pStyle w:val="Ttulo2"/>
      </w:pPr>
      <w:r>
        <w:t>Método de análise dos resultados esperados</w:t>
      </w:r>
    </w:p>
    <w:p w14:paraId="5A483F9B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Descreva como os dados e resultados serão analisados e quais critérios, indicadores ou métodos serão utilizados para avaliar a solução e o alcance dos objetivos.</w:t>
      </w:r>
    </w:p>
    <w:p w14:paraId="20BD0ADB" w14:textId="77777777" w:rsidR="008C57DD" w:rsidRDefault="00000000">
      <w:pPr>
        <w:pStyle w:val="Placeholder"/>
      </w:pPr>
      <w:r>
        <w:t>[Desenvolva este item.]</w:t>
      </w:r>
    </w:p>
    <w:p w14:paraId="0F563C78" w14:textId="77777777" w:rsidR="008C57DD" w:rsidRDefault="00000000">
      <w:pPr>
        <w:pStyle w:val="Ttulo2"/>
      </w:pPr>
      <w:r>
        <w:t>Limitações do Projeto</w:t>
      </w:r>
    </w:p>
    <w:p w14:paraId="7A5A70F3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Antecipe limitações metodológicas, tecnológicas, de dados, infraestrutura, tempo, amostra, generalização ou implementação e descreva, quando possível, estratégias de mitigação.</w:t>
      </w:r>
    </w:p>
    <w:p w14:paraId="7AAC24AB" w14:textId="77777777" w:rsidR="008C57DD" w:rsidRDefault="00000000">
      <w:pPr>
        <w:pStyle w:val="Placeholder"/>
      </w:pPr>
      <w:r>
        <w:t>[Desenvolva este item.]</w:t>
      </w:r>
    </w:p>
    <w:p w14:paraId="3907A0D8" w14:textId="77777777" w:rsidR="008C57DD" w:rsidRDefault="00000000">
      <w:r>
        <w:br w:type="page"/>
      </w:r>
    </w:p>
    <w:p w14:paraId="74B24785" w14:textId="77777777" w:rsidR="008C57DD" w:rsidRDefault="00000000">
      <w:pPr>
        <w:pStyle w:val="Ttulo1"/>
      </w:pPr>
      <w:r>
        <w:lastRenderedPageBreak/>
        <w:t>CRONOGRAMA DE EXECUÇÃO</w:t>
      </w:r>
    </w:p>
    <w:p w14:paraId="766EBD56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Apresente as etapas do anteprojeto em até 24 meses, distribuindo atividades de forma compatível com o método e os objetivos. Inclua, quando aplicável, revisão de literatura, desenvolvimento, coleta/produção de dados, validação, análise, redação e produto final.</w:t>
      </w:r>
    </w:p>
    <w:p w14:paraId="734AD8BB" w14:textId="77777777" w:rsidR="008C57DD" w:rsidRDefault="00000000">
      <w:pPr>
        <w:pStyle w:val="Instruction"/>
      </w:pPr>
      <w:r>
        <w:rPr>
          <w:b/>
        </w:rPr>
        <w:t xml:space="preserve">📌 </w:t>
      </w:r>
      <w:proofErr w:type="spellStart"/>
      <w:r>
        <w:rPr>
          <w:b/>
        </w:rPr>
        <w:t>Orientações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preenchimento</w:t>
      </w:r>
      <w:proofErr w:type="spellEnd"/>
      <w:r>
        <w:rPr>
          <w:b/>
        </w:rPr>
        <w:t xml:space="preserve">: </w:t>
      </w:r>
      <w:r>
        <w:t xml:space="preserve">Marque os meses de execução com “X”, preenchendo a tabela conforme o </w:t>
      </w:r>
      <w:proofErr w:type="spellStart"/>
      <w:r>
        <w:t>planejamento</w:t>
      </w:r>
      <w:proofErr w:type="spellEnd"/>
      <w:r>
        <w:t xml:space="preserve"> real do </w:t>
      </w:r>
      <w:proofErr w:type="spellStart"/>
      <w:r>
        <w:t>projeto</w:t>
      </w:r>
      <w:proofErr w:type="spellEnd"/>
      <w:r>
        <w:t>.</w:t>
      </w:r>
    </w:p>
    <w:p w14:paraId="15CD0FAA" w14:textId="77777777" w:rsidR="00A22655" w:rsidRDefault="00A22655">
      <w:pPr>
        <w:pStyle w:val="Instruction"/>
      </w:pPr>
    </w:p>
    <w:p w14:paraId="02AFC10E" w14:textId="77777777" w:rsidR="00A22655" w:rsidRPr="00A22655" w:rsidRDefault="00A22655" w:rsidP="008350BC">
      <w:pPr>
        <w:pStyle w:val="Instruction"/>
        <w:jc w:val="center"/>
        <w:rPr>
          <w:b/>
          <w:bCs/>
          <w:lang w:val="pt-BR"/>
        </w:rPr>
      </w:pPr>
      <w:r w:rsidRPr="00A22655">
        <w:rPr>
          <w:b/>
          <w:bCs/>
          <w:lang w:val="pt-BR"/>
        </w:rPr>
        <w:t>Cronograma de execução do Trabalho de Conclusão – 24 meses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7"/>
        <w:gridCol w:w="192"/>
        <w:gridCol w:w="192"/>
        <w:gridCol w:w="192"/>
        <w:gridCol w:w="192"/>
        <w:gridCol w:w="192"/>
        <w:gridCol w:w="192"/>
        <w:gridCol w:w="192"/>
        <w:gridCol w:w="192"/>
        <w:gridCol w:w="192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18"/>
      </w:tblGrid>
      <w:tr w:rsidR="00A22655" w:rsidRPr="00A22655" w14:paraId="58C2440A" w14:textId="77777777" w:rsidTr="00A2265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8DE43E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Etapa / Atividade</w:t>
            </w:r>
          </w:p>
        </w:tc>
        <w:tc>
          <w:tcPr>
            <w:tcW w:w="0" w:type="auto"/>
            <w:vAlign w:val="center"/>
            <w:hideMark/>
          </w:tcPr>
          <w:p w14:paraId="7D79F42A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A98F7B4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9638563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A010E5E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590F91B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5B122D4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791E454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2F11EAA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73249C9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F455852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25A1364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4A68F63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4D79B50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E6E1770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086198C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38F056D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0CFD9D9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70E53CF6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5608F32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4624550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909C0DD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1638BDF9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19DCAB36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41A10179" w14:textId="77777777" w:rsidR="00A22655" w:rsidRPr="00A22655" w:rsidRDefault="00A22655" w:rsidP="00A22655">
            <w:pPr>
              <w:pStyle w:val="Instruction"/>
              <w:rPr>
                <w:rFonts w:cs="Arial"/>
                <w:b/>
                <w:bCs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24</w:t>
            </w:r>
          </w:p>
        </w:tc>
      </w:tr>
      <w:tr w:rsidR="00A22655" w:rsidRPr="00A22655" w14:paraId="2A9EF2A8" w14:textId="77777777" w:rsidTr="00A226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91F9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Revisão bibliográfica e referencial teórico</w:t>
            </w:r>
          </w:p>
        </w:tc>
        <w:tc>
          <w:tcPr>
            <w:tcW w:w="0" w:type="auto"/>
            <w:vAlign w:val="center"/>
          </w:tcPr>
          <w:p w14:paraId="6BFE4D54" w14:textId="66FE1A55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5E98F6C" w14:textId="5D783109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C2FD81C" w14:textId="20259956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28274A7" w14:textId="1F3A719F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1C1F346" w14:textId="7365B0BF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89E9EA4" w14:textId="6D55107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838EE17" w14:textId="58130935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B12D394" w14:textId="021AC563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C4BABE8" w14:textId="78D79923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E0EC6A2" w14:textId="36EE8E5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7E72F82" w14:textId="3F7CEF21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B167553" w14:textId="7355D944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79FEEF5" w14:textId="6319E43D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D9F05F2" w14:textId="37DAE1EC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8B3DFB2" w14:textId="5EC1475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7996DC8" w14:textId="221D7293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4155B62" w14:textId="1C4F1D22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25FB49E" w14:textId="0B71802E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CA0C818" w14:textId="112D21AC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F29317C" w14:textId="263D1A7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A5C4A0B" w14:textId="78992569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1918CB2" w14:textId="721DB441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7CF5685" w14:textId="197329F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836D53A" w14:textId="53C72214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</w:tr>
      <w:tr w:rsidR="00A22655" w:rsidRPr="00A22655" w14:paraId="38D46E68" w14:textId="77777777" w:rsidTr="00A226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FCFAE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Delimitação e planejamento metodológico</w:t>
            </w:r>
          </w:p>
        </w:tc>
        <w:tc>
          <w:tcPr>
            <w:tcW w:w="0" w:type="auto"/>
            <w:vAlign w:val="center"/>
          </w:tcPr>
          <w:p w14:paraId="755F05F9" w14:textId="409EA346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9751166" w14:textId="583D3ECA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B295E47" w14:textId="3FA2810A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D12BD07" w14:textId="696E182E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2EAC3D5" w14:textId="29241CB5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36799D3" w14:textId="32A2C31E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884E628" w14:textId="1E80149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D7E5057" w14:textId="3D451695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1DD0235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6AA749C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44857D8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65EC4C6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CAFA876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9DE8A1D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9654CCF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E40659D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786E54A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D173CFE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F8BD8CE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3092C7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1FC35C3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3A753D4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547CBA0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1E5B8A46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</w:tr>
      <w:tr w:rsidR="00A22655" w:rsidRPr="00A22655" w14:paraId="665FC675" w14:textId="77777777" w:rsidTr="00A226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9C507E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Desenvolvimento da solução/produto</w:t>
            </w:r>
          </w:p>
        </w:tc>
        <w:tc>
          <w:tcPr>
            <w:tcW w:w="0" w:type="auto"/>
            <w:vAlign w:val="center"/>
          </w:tcPr>
          <w:p w14:paraId="2FC8BAE8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2B7148C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49C1688" w14:textId="628D0703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3190072" w14:textId="76D19D50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1331997" w14:textId="64C864D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0697937" w14:textId="1D691E9E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95C1823" w14:textId="7816CAA5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D16B26F" w14:textId="6398CDA9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AC81D3E" w14:textId="5B799D6A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A16DA51" w14:textId="522B200E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9C24CF1" w14:textId="7E8F1525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E0E6229" w14:textId="4B9A6E8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8D8A9F9" w14:textId="39D8C215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AFD584C" w14:textId="2410F6CC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4314734" w14:textId="1CEBFB36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1858FCC" w14:textId="259D41A4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BEA7342" w14:textId="0E95D872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C545EE7" w14:textId="61BF9A7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BC9990A" w14:textId="20EA90BE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000D54C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B039515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37B239D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61227D6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018F0281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</w:tr>
      <w:tr w:rsidR="00A22655" w:rsidRPr="00A22655" w14:paraId="46C05787" w14:textId="77777777" w:rsidTr="00A226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D6E2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Submissão/aprovação ética, quando aplicável</w:t>
            </w:r>
          </w:p>
        </w:tc>
        <w:tc>
          <w:tcPr>
            <w:tcW w:w="0" w:type="auto"/>
            <w:vAlign w:val="center"/>
          </w:tcPr>
          <w:p w14:paraId="4C8829A2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EB206AB" w14:textId="0B5C2665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EB69E4C" w14:textId="6310821B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EE38AB9" w14:textId="592106D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A4DAF20" w14:textId="23ADAF0B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1444940" w14:textId="5752EF2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3BAE1EE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37A64D0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97A7B6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ADD9B61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29E941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8A4AEA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0CDAE50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DA504E3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EB9396E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2DCF6F2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1FA6E6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F6AC3CE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DE693DE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1C3AA48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A683EBC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C3B7D14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13A2663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2EDF4755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</w:tr>
      <w:tr w:rsidR="00A22655" w:rsidRPr="00A22655" w14:paraId="7A821091" w14:textId="77777777" w:rsidTr="00A226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ABE9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Coleta/produção de dados</w:t>
            </w:r>
          </w:p>
        </w:tc>
        <w:tc>
          <w:tcPr>
            <w:tcW w:w="0" w:type="auto"/>
            <w:vAlign w:val="center"/>
          </w:tcPr>
          <w:p w14:paraId="579F1953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D9B56E7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B6195EA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9C0FC1E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B94B0A9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24A3237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3753443" w14:textId="5E119FC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2629E5F" w14:textId="06F0C712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C62668B" w14:textId="3414398E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604E001" w14:textId="16CC3B86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412436E" w14:textId="790D85A0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BB1AE39" w14:textId="02C5CB1B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A75A3B0" w14:textId="20128D5C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E156EC1" w14:textId="25AAAF44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746B775" w14:textId="2391A66F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EF8D913" w14:textId="0E59BC1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BAC7204" w14:textId="64222E5E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19EBB33" w14:textId="6939A956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18072C4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7BF7782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75899CF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D116880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FE2C939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0A4E5791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</w:tr>
      <w:tr w:rsidR="00A22655" w:rsidRPr="00A22655" w14:paraId="05E36389" w14:textId="77777777" w:rsidTr="00A226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C28209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Testes e validação</w:t>
            </w:r>
          </w:p>
        </w:tc>
        <w:tc>
          <w:tcPr>
            <w:tcW w:w="0" w:type="auto"/>
            <w:vAlign w:val="center"/>
          </w:tcPr>
          <w:p w14:paraId="43037ABF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788C54E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5062BF5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8D14220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EE2A396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7AA82C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3685C4C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5A98C13" w14:textId="7E29C270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46FA525" w14:textId="0AD3E5F6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A1F5A07" w14:textId="7B29BA10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FCD935D" w14:textId="288E6E49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C9B21F0" w14:textId="27740271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671D525" w14:textId="3CEE926C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80AC7EE" w14:textId="4DCFEE1C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0A4C6FB" w14:textId="3A93A93A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C727CFF" w14:textId="18FCF019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F323F8B" w14:textId="1E8CC20B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5BC898B" w14:textId="54215A29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CF56F5D" w14:textId="652B95DE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EBE22C5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F48AD31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2291189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C927B59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4A930995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</w:tr>
      <w:tr w:rsidR="00A22655" w:rsidRPr="00A22655" w14:paraId="79203833" w14:textId="77777777" w:rsidTr="00A226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6E4067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Análise dos resultados</w:t>
            </w:r>
          </w:p>
        </w:tc>
        <w:tc>
          <w:tcPr>
            <w:tcW w:w="0" w:type="auto"/>
            <w:vAlign w:val="center"/>
          </w:tcPr>
          <w:p w14:paraId="43A9B41E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06FB0BF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7DC8506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1E817C4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FE472D9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A16D4F5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8F4AAF3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D4EEDFE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80CE836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2354FA3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23CE8F8" w14:textId="597FF27A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5C25A3F" w14:textId="7BFAA459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C0CE8F2" w14:textId="09C23F14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6515F63" w14:textId="3B88CA36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AC519C6" w14:textId="41E9A5C2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67AC5B3" w14:textId="29F89E9D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EFF5F22" w14:textId="36F9D8A2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5F185FA" w14:textId="65FD06C6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DAD8D82" w14:textId="6BDF062E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61A64DB" w14:textId="031586BF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D9BFAFA" w14:textId="23154C1C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3F8255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1BDFA6A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103C6CA2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</w:tr>
      <w:tr w:rsidR="00A22655" w:rsidRPr="00A22655" w14:paraId="697816AB" w14:textId="77777777" w:rsidTr="00A226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8E2F4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Redação do Trabalho de Conclusão</w:t>
            </w:r>
          </w:p>
        </w:tc>
        <w:tc>
          <w:tcPr>
            <w:tcW w:w="0" w:type="auto"/>
            <w:vAlign w:val="center"/>
          </w:tcPr>
          <w:p w14:paraId="29C7902C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7F2A02E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1F7E764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E74C9A1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16831AD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546B45A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481E039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583CA8A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BFDF62F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8DA5233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A90424C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B4C3A4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6654389" w14:textId="0F77AC93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5DCB503" w14:textId="0D36EEE6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F19108D" w14:textId="41D7C1E9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F9CD09B" w14:textId="2788B014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DFBACEB" w14:textId="6FE10BA5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B256858" w14:textId="1C0B12E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520E1EB" w14:textId="5C1B3D49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987C812" w14:textId="58A564DC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91309E6" w14:textId="0BB277AA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A6F683D" w14:textId="5DCC8FB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EFEC207" w14:textId="1C860DCF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E666686" w14:textId="331CC08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</w:tr>
      <w:tr w:rsidR="00A22655" w:rsidRPr="00A22655" w14:paraId="64B0FC80" w14:textId="77777777" w:rsidTr="00A226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A7EDB" w14:textId="00E32883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  <w:proofErr w:type="spellStart"/>
            <w:r w:rsidRPr="00A22655">
              <w:rPr>
                <w:rFonts w:cs="Arial"/>
                <w:b/>
                <w:bCs/>
                <w:szCs w:val="20"/>
              </w:rPr>
              <w:t>Elaboração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,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finalização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 e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submissão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 do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produto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 final do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Trabalho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 de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Conclusão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,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conforme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modalidade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definida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 no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projeto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: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artigo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científico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,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produto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técnico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ou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produto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A22655">
              <w:rPr>
                <w:rFonts w:cs="Arial"/>
                <w:b/>
                <w:bCs/>
                <w:szCs w:val="20"/>
              </w:rPr>
              <w:t>tecnológico</w:t>
            </w:r>
            <w:proofErr w:type="spellEnd"/>
            <w:r w:rsidRPr="00A22655">
              <w:rPr>
                <w:rFonts w:cs="Arial"/>
                <w:b/>
                <w:bCs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14:paraId="10B15E25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F7568F6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648960F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9B19E7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E19B723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B93AD7A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B731397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28C33B7C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4CDBD4A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3E3B765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1FF6CA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EF8A0D5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33ED482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C6B63D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4EE2A04D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72C7858" w14:textId="02D72D11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011C806" w14:textId="06CD08CC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53351EA" w14:textId="668E93E8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0CDA5FA5" w14:textId="009B72C5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093E40E" w14:textId="448D6D00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34A0BFE2" w14:textId="2ED1E00F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15EE0FEE" w14:textId="6FF89751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68E5D43B" w14:textId="7D242DA9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40BD32B" w14:textId="7112F373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</w:tr>
      <w:tr w:rsidR="00A22655" w:rsidRPr="00A22655" w14:paraId="1AA8A205" w14:textId="77777777" w:rsidTr="00A226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A9CD0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  <w:r w:rsidRPr="00A22655">
              <w:rPr>
                <w:rFonts w:cs="Arial"/>
                <w:b/>
                <w:bCs/>
                <w:szCs w:val="20"/>
                <w:lang w:val="pt-BR"/>
              </w:rPr>
              <w:t>Apresentação/defesa do Trabalho de Conclusão</w:t>
            </w:r>
          </w:p>
        </w:tc>
        <w:tc>
          <w:tcPr>
            <w:tcW w:w="0" w:type="auto"/>
            <w:vAlign w:val="center"/>
            <w:hideMark/>
          </w:tcPr>
          <w:p w14:paraId="3C5E97B4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13EE9A74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43A8013F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1F44B511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29E30539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054C3074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6EB9653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26F2D33C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4C9E598C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71DE24E6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723A91F9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4BFEF890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0F9296F0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05B53AE0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14A05402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65C37FC8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1809F832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1835627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368CF4A7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8928661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083A1DAB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3890E836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2A293736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0A37D30F" w14:textId="77777777" w:rsidR="00A22655" w:rsidRPr="00A22655" w:rsidRDefault="00A22655" w:rsidP="00A22655">
            <w:pPr>
              <w:pStyle w:val="Instruction"/>
              <w:rPr>
                <w:rFonts w:cs="Arial"/>
                <w:szCs w:val="20"/>
                <w:lang w:val="pt-BR"/>
              </w:rPr>
            </w:pPr>
          </w:p>
        </w:tc>
      </w:tr>
    </w:tbl>
    <w:p w14:paraId="57BB5830" w14:textId="77777777" w:rsidR="00A22655" w:rsidRDefault="00A22655">
      <w:pPr>
        <w:pStyle w:val="Instruction"/>
      </w:pPr>
    </w:p>
    <w:p w14:paraId="196978F8" w14:textId="77777777" w:rsidR="008C57DD" w:rsidRPr="008350BC" w:rsidRDefault="00000000" w:rsidP="00E96135">
      <w:pPr>
        <w:pStyle w:val="Ttulo2"/>
        <w:jc w:val="center"/>
        <w:rPr>
          <w:caps/>
          <w:sz w:val="28"/>
          <w:szCs w:val="28"/>
        </w:rPr>
      </w:pPr>
      <w:r w:rsidRPr="008350BC">
        <w:rPr>
          <w:caps/>
          <w:sz w:val="28"/>
          <w:szCs w:val="28"/>
        </w:rPr>
        <w:lastRenderedPageBreak/>
        <w:t>Infraestrutura, parcerias e viabilidade técnica</w:t>
      </w:r>
    </w:p>
    <w:p w14:paraId="7E527F75" w14:textId="61F46FF1" w:rsidR="008C57DD" w:rsidRDefault="00000000">
      <w:pPr>
        <w:pStyle w:val="Instruction"/>
      </w:pPr>
      <w:r>
        <w:rPr>
          <w:b/>
        </w:rPr>
        <w:t xml:space="preserve">📌 </w:t>
      </w:r>
      <w:proofErr w:type="spellStart"/>
      <w:r>
        <w:rPr>
          <w:b/>
        </w:rPr>
        <w:t>Orientações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preenchimento</w:t>
      </w:r>
      <w:proofErr w:type="spellEnd"/>
      <w:r>
        <w:rPr>
          <w:b/>
        </w:rPr>
        <w:t xml:space="preserve">: </w:t>
      </w:r>
      <w:r>
        <w:t xml:space="preserve">Descreva a infraestrutura computacional ou laboratorial necessária, as parcerias institucionais já estabelecidas e a viabilidade técnica, operacional e institucional de </w:t>
      </w:r>
      <w:proofErr w:type="spellStart"/>
      <w:r>
        <w:t>execução</w:t>
      </w:r>
      <w:proofErr w:type="spellEnd"/>
      <w:r>
        <w:t xml:space="preserve"> do </w:t>
      </w:r>
      <w:proofErr w:type="spellStart"/>
      <w:r>
        <w:t>estudo</w:t>
      </w:r>
      <w:proofErr w:type="spellEnd"/>
      <w:r>
        <w:t>.</w:t>
      </w:r>
      <w:r w:rsidR="008350BC">
        <w:t xml:space="preserve"> </w:t>
      </w:r>
      <w:proofErr w:type="spellStart"/>
      <w:r w:rsidR="008350BC">
        <w:t>Explique</w:t>
      </w:r>
      <w:proofErr w:type="spellEnd"/>
      <w:r w:rsidR="008350BC">
        <w:t xml:space="preserve"> </w:t>
      </w:r>
      <w:proofErr w:type="spellStart"/>
      <w:r w:rsidR="008350BC">
        <w:t>os</w:t>
      </w:r>
      <w:proofErr w:type="spellEnd"/>
      <w:r w:rsidR="008350BC">
        <w:t xml:space="preserve"> </w:t>
      </w:r>
      <w:proofErr w:type="spellStart"/>
      <w:r w:rsidR="008350BC">
        <w:t>riscos</w:t>
      </w:r>
      <w:proofErr w:type="spellEnd"/>
      <w:r w:rsidR="008350BC">
        <w:t xml:space="preserve"> para </w:t>
      </w:r>
      <w:proofErr w:type="spellStart"/>
      <w:r w:rsidR="008350BC">
        <w:t>excecução</w:t>
      </w:r>
      <w:proofErr w:type="spellEnd"/>
      <w:r w:rsidR="008350BC">
        <w:t xml:space="preserve"> da </w:t>
      </w:r>
      <w:proofErr w:type="spellStart"/>
      <w:r w:rsidR="008350BC">
        <w:t>sua</w:t>
      </w:r>
      <w:proofErr w:type="spellEnd"/>
      <w:r w:rsidR="008350BC">
        <w:t xml:space="preserve"> </w:t>
      </w:r>
      <w:proofErr w:type="spellStart"/>
      <w:r w:rsidR="008350BC">
        <w:t>proposta</w:t>
      </w:r>
      <w:proofErr w:type="spellEnd"/>
      <w:r w:rsidR="008350BC">
        <w:t xml:space="preserve"> de </w:t>
      </w:r>
      <w:proofErr w:type="spellStart"/>
      <w:r w:rsidR="008350BC">
        <w:t>anteprojeto</w:t>
      </w:r>
      <w:proofErr w:type="spellEnd"/>
      <w:r w:rsidR="008350BC">
        <w:t xml:space="preserve"> </w:t>
      </w:r>
      <w:proofErr w:type="spellStart"/>
      <w:r w:rsidR="008350BC">
        <w:t>em</w:t>
      </w:r>
      <w:proofErr w:type="spellEnd"/>
      <w:r w:rsidR="008350BC">
        <w:t xml:space="preserve"> </w:t>
      </w:r>
      <w:proofErr w:type="spellStart"/>
      <w:r w:rsidR="008350BC">
        <w:t>relação</w:t>
      </w:r>
      <w:proofErr w:type="spellEnd"/>
      <w:r w:rsidR="008350BC">
        <w:t xml:space="preserve"> </w:t>
      </w:r>
      <w:proofErr w:type="spellStart"/>
      <w:r w:rsidR="008350BC">
        <w:t>aos</w:t>
      </w:r>
      <w:proofErr w:type="spellEnd"/>
      <w:r w:rsidR="008350BC">
        <w:t xml:space="preserve"> </w:t>
      </w:r>
      <w:proofErr w:type="spellStart"/>
      <w:r w:rsidR="008350BC">
        <w:t>recursos</w:t>
      </w:r>
      <w:proofErr w:type="spellEnd"/>
      <w:r w:rsidR="008350BC">
        <w:t xml:space="preserve"> </w:t>
      </w:r>
      <w:proofErr w:type="spellStart"/>
      <w:r w:rsidR="008350BC">
        <w:t>necessários</w:t>
      </w:r>
      <w:proofErr w:type="spellEnd"/>
    </w:p>
    <w:p w14:paraId="39A6E089" w14:textId="79774CB6" w:rsidR="008350BC" w:rsidRDefault="008350BC" w:rsidP="008350BC">
      <w:pPr>
        <w:pStyle w:val="Instruction"/>
      </w:pPr>
      <w:r>
        <w:t>.</w:t>
      </w:r>
    </w:p>
    <w:p w14:paraId="5200B2C6" w14:textId="77777777" w:rsidR="008350BC" w:rsidRPr="00D50351" w:rsidRDefault="008350BC" w:rsidP="008350BC">
      <w:pPr>
        <w:pStyle w:val="Instruction"/>
        <w:rPr>
          <w:i w:val="0"/>
          <w:iCs/>
          <w:lang w:val="pt-BR"/>
        </w:rPr>
      </w:pPr>
      <w:r w:rsidRPr="00D50351">
        <w:rPr>
          <w:i w:val="0"/>
          <w:iCs/>
          <w:lang w:val="pt-BR"/>
        </w:rPr>
        <w:t xml:space="preserve">O Mestrado Profissional em Telessaúde e Saúde Digital </w:t>
      </w:r>
      <w:r w:rsidRPr="00D50351">
        <w:rPr>
          <w:b/>
          <w:bCs/>
          <w:i w:val="0"/>
          <w:iCs/>
          <w:lang w:val="pt-BR"/>
        </w:rPr>
        <w:t>não dispõe de recursos orçamentários próprios para o financiamento dos projetos de pesquisa e demais atividades acadêmicas desenvolvidos no âmbito do curso, nem de bolsas de estudos destinadas aos discentes aprovados</w:t>
      </w:r>
      <w:r w:rsidRPr="00D50351">
        <w:rPr>
          <w:i w:val="0"/>
          <w:iCs/>
          <w:lang w:val="pt-BR"/>
        </w:rPr>
        <w:t>.</w:t>
      </w:r>
      <w:r>
        <w:rPr>
          <w:i w:val="0"/>
          <w:iCs/>
          <w:lang w:val="pt-BR"/>
        </w:rPr>
        <w:t xml:space="preserve"> </w:t>
      </w:r>
      <w:r w:rsidRPr="00D50351">
        <w:rPr>
          <w:i w:val="0"/>
          <w:iCs/>
          <w:lang w:val="pt-BR"/>
        </w:rPr>
        <w:t>Eventuais recursos necessários à execução dos projetos e à participação em atividades acadêmicas serão de responsabilidade do discente, que poderá, quando cabível, buscar financiamento ou bolsas junto a outras instituições, programas ou agências de fomento, observadas as normas e os critérios estabelecidos pelas respectivas instituições.</w:t>
      </w:r>
    </w:p>
    <w:p w14:paraId="539C4039" w14:textId="77777777" w:rsidR="008C57DD" w:rsidRDefault="00000000">
      <w:r>
        <w:br w:type="page"/>
      </w:r>
    </w:p>
    <w:p w14:paraId="62B56B8D" w14:textId="77777777" w:rsidR="006760BC" w:rsidRPr="006760BC" w:rsidRDefault="006760BC" w:rsidP="006760BC">
      <w:pPr>
        <w:pStyle w:val="Ttulo1"/>
      </w:pPr>
      <w:r w:rsidRPr="006760BC">
        <w:lastRenderedPageBreak/>
        <w:t>TIPO DE PRODUTO PLANEJADO PARA O TRABALHO DE CONCLUSÃO</w:t>
      </w:r>
    </w:p>
    <w:p w14:paraId="2E040D52" w14:textId="77777777" w:rsidR="006760BC" w:rsidRPr="00E96135" w:rsidRDefault="006760BC" w:rsidP="006760BC">
      <w:pPr>
        <w:pStyle w:val="Ttulo2"/>
        <w:jc w:val="center"/>
        <w:rPr>
          <w:color w:val="808080" w:themeColor="background1" w:themeShade="80"/>
        </w:rPr>
      </w:pPr>
      <w:hyperlink r:id="rId10" w:history="1">
        <w:r w:rsidRPr="00E96135">
          <w:rPr>
            <w:rStyle w:val="Hyperlink"/>
            <w:highlight w:val="yellow"/>
          </w:rPr>
          <w:t>DOCUMENTO NORTEADOR CAPES</w:t>
        </w:r>
      </w:hyperlink>
    </w:p>
    <w:p w14:paraId="7E1352EF" w14:textId="77777777" w:rsidR="006760BC" w:rsidRPr="006760BC" w:rsidRDefault="006760BC" w:rsidP="006760BC">
      <w:pPr>
        <w:rPr>
          <w:lang w:val="pt-BR"/>
        </w:rPr>
      </w:pPr>
      <w:r w:rsidRPr="006760BC">
        <w:rPr>
          <w:b/>
          <w:bCs/>
          <w:lang w:val="pt-BR"/>
        </w:rPr>
        <w:t>Assinale uma das opções abaixo e apresente a respectiva justificativa:</w:t>
      </w:r>
    </w:p>
    <w:p w14:paraId="4661A285" w14:textId="77777777" w:rsidR="006760BC" w:rsidRPr="006760BC" w:rsidRDefault="006760BC" w:rsidP="006760BC">
      <w:pPr>
        <w:rPr>
          <w:lang w:val="pt-BR"/>
        </w:rPr>
      </w:pPr>
      <w:proofErr w:type="gramStart"/>
      <w:r w:rsidRPr="006760BC">
        <w:rPr>
          <w:lang w:val="pt-BR"/>
        </w:rPr>
        <w:t>( )</w:t>
      </w:r>
      <w:proofErr w:type="gramEnd"/>
      <w:r w:rsidRPr="006760BC">
        <w:rPr>
          <w:lang w:val="pt-BR"/>
        </w:rPr>
        <w:t xml:space="preserve"> </w:t>
      </w:r>
      <w:r w:rsidRPr="006760BC">
        <w:rPr>
          <w:b/>
          <w:bCs/>
          <w:lang w:val="pt-BR"/>
        </w:rPr>
        <w:t>Artigo científico</w:t>
      </w:r>
      <w:r w:rsidRPr="006760BC">
        <w:rPr>
          <w:lang w:val="pt-BR"/>
        </w:rPr>
        <w:t xml:space="preserve">, com previsão de publicação em periódico classificado nos </w:t>
      </w:r>
      <w:r w:rsidRPr="006760BC">
        <w:rPr>
          <w:b/>
          <w:bCs/>
          <w:lang w:val="pt-BR"/>
        </w:rPr>
        <w:t>Quartis 1 ou 2</w:t>
      </w:r>
      <w:r w:rsidRPr="006760BC">
        <w:rPr>
          <w:lang w:val="pt-BR"/>
        </w:rPr>
        <w:t>, em conformidade com os critérios e diretrizes vigentes da CAPES.</w:t>
      </w:r>
    </w:p>
    <w:p w14:paraId="2AA4A05C" w14:textId="77777777" w:rsidR="006760BC" w:rsidRPr="006760BC" w:rsidRDefault="006760BC" w:rsidP="006760BC">
      <w:pPr>
        <w:rPr>
          <w:lang w:val="pt-BR"/>
        </w:rPr>
      </w:pPr>
      <w:proofErr w:type="gramStart"/>
      <w:r w:rsidRPr="006760BC">
        <w:rPr>
          <w:lang w:val="pt-BR"/>
        </w:rPr>
        <w:t>( )</w:t>
      </w:r>
      <w:proofErr w:type="gramEnd"/>
      <w:r w:rsidRPr="006760BC">
        <w:rPr>
          <w:lang w:val="pt-BR"/>
        </w:rPr>
        <w:t xml:space="preserve"> </w:t>
      </w:r>
      <w:r w:rsidRPr="006760BC">
        <w:rPr>
          <w:b/>
          <w:bCs/>
          <w:lang w:val="pt-BR"/>
        </w:rPr>
        <w:t>Produto Técnico</w:t>
      </w:r>
      <w:r w:rsidRPr="006760BC">
        <w:rPr>
          <w:lang w:val="pt-BR"/>
        </w:rPr>
        <w:t xml:space="preserve">, classificado nos estratos </w:t>
      </w:r>
      <w:r w:rsidRPr="006760BC">
        <w:rPr>
          <w:b/>
          <w:bCs/>
          <w:lang w:val="pt-BR"/>
        </w:rPr>
        <w:t>T1 ou T2</w:t>
      </w:r>
      <w:r w:rsidRPr="006760BC">
        <w:rPr>
          <w:lang w:val="pt-BR"/>
        </w:rPr>
        <w:t>, em conformidade com os critérios e diretrizes vigentes da CAPES.</w:t>
      </w:r>
    </w:p>
    <w:p w14:paraId="08A8AD50" w14:textId="77777777" w:rsidR="006760BC" w:rsidRPr="006760BC" w:rsidRDefault="006760BC" w:rsidP="006760BC">
      <w:pPr>
        <w:rPr>
          <w:lang w:val="pt-BR"/>
        </w:rPr>
      </w:pPr>
      <w:proofErr w:type="gramStart"/>
      <w:r w:rsidRPr="006760BC">
        <w:rPr>
          <w:lang w:val="pt-BR"/>
        </w:rPr>
        <w:t>( )</w:t>
      </w:r>
      <w:proofErr w:type="gramEnd"/>
      <w:r w:rsidRPr="006760BC">
        <w:rPr>
          <w:lang w:val="pt-BR"/>
        </w:rPr>
        <w:t xml:space="preserve"> </w:t>
      </w:r>
      <w:r w:rsidRPr="006760BC">
        <w:rPr>
          <w:b/>
          <w:bCs/>
          <w:lang w:val="pt-BR"/>
        </w:rPr>
        <w:t>Produto Tecnológico</w:t>
      </w:r>
      <w:r w:rsidRPr="006760BC">
        <w:rPr>
          <w:lang w:val="pt-BR"/>
        </w:rPr>
        <w:t xml:space="preserve">, classificado nos estratos </w:t>
      </w:r>
      <w:r w:rsidRPr="006760BC">
        <w:rPr>
          <w:b/>
          <w:bCs/>
          <w:lang w:val="pt-BR"/>
        </w:rPr>
        <w:t>T1 ou T2</w:t>
      </w:r>
      <w:r w:rsidRPr="006760BC">
        <w:rPr>
          <w:lang w:val="pt-BR"/>
        </w:rPr>
        <w:t>, em conformidade com os critérios e diretrizes vigentes da CAPES.</w:t>
      </w:r>
    </w:p>
    <w:p w14:paraId="4A0D78E7" w14:textId="77777777" w:rsidR="006760BC" w:rsidRPr="006760BC" w:rsidRDefault="006760BC" w:rsidP="006760BC">
      <w:pPr>
        <w:rPr>
          <w:lang w:val="pt-BR"/>
        </w:rPr>
      </w:pPr>
      <w:r w:rsidRPr="006760BC">
        <w:rPr>
          <w:b/>
          <w:bCs/>
          <w:lang w:val="pt-BR"/>
        </w:rPr>
        <w:t>Justificativa da escolha:</w:t>
      </w:r>
    </w:p>
    <w:p w14:paraId="786FDFAC" w14:textId="77777777" w:rsidR="006760BC" w:rsidRDefault="006760BC" w:rsidP="006760BC"/>
    <w:p w14:paraId="432B4A79" w14:textId="77777777" w:rsidR="006760BC" w:rsidRDefault="006760BC" w:rsidP="006760BC"/>
    <w:p w14:paraId="6A94A46C" w14:textId="77777777" w:rsidR="006760BC" w:rsidRDefault="006760BC">
      <w:pPr>
        <w:pStyle w:val="Ttulo1"/>
      </w:pPr>
    </w:p>
    <w:p w14:paraId="48CACAC5" w14:textId="77777777" w:rsidR="006760BC" w:rsidRPr="006760BC" w:rsidRDefault="006760BC" w:rsidP="006760BC"/>
    <w:p w14:paraId="45C26C58" w14:textId="77777777" w:rsidR="006760BC" w:rsidRDefault="006760BC">
      <w:pPr>
        <w:pStyle w:val="Ttulo1"/>
      </w:pPr>
    </w:p>
    <w:p w14:paraId="73261F19" w14:textId="77777777" w:rsidR="008350BC" w:rsidRDefault="008350BC" w:rsidP="008350BC"/>
    <w:p w14:paraId="1BCB7719" w14:textId="77777777" w:rsidR="008350BC" w:rsidRPr="008350BC" w:rsidRDefault="008350BC" w:rsidP="008350BC"/>
    <w:p w14:paraId="4907B1E6" w14:textId="77777777" w:rsidR="006760BC" w:rsidRDefault="006760BC">
      <w:pPr>
        <w:pStyle w:val="Ttulo1"/>
      </w:pPr>
    </w:p>
    <w:p w14:paraId="3A04846E" w14:textId="77777777" w:rsidR="008350BC" w:rsidRPr="008350BC" w:rsidRDefault="008350BC" w:rsidP="008350BC"/>
    <w:p w14:paraId="129C764D" w14:textId="77777777" w:rsidR="006760BC" w:rsidRDefault="006760BC">
      <w:pPr>
        <w:pStyle w:val="Ttulo1"/>
      </w:pPr>
    </w:p>
    <w:p w14:paraId="60E04223" w14:textId="47408E36" w:rsidR="008C57DD" w:rsidRDefault="00000000">
      <w:pPr>
        <w:pStyle w:val="Ttulo1"/>
      </w:pPr>
      <w:r>
        <w:t>REFERÊNCIAS BIBLIOGRÁFICAS</w:t>
      </w:r>
    </w:p>
    <w:p w14:paraId="16561913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As referências bibliográficas devem ser elaboradas conforme a ABNT NBR 6023:2018 (Informação e documentação – Referências – Elaboração). As citações no texto devem seguir a ABNT NBR 10520:2023. O conjunto de referências deve conter somente as fontes efetivamente citadas no texto e todas as fontes citadas devem constar na lista final.</w:t>
      </w:r>
    </w:p>
    <w:p w14:paraId="000CB803" w14:textId="77777777" w:rsidR="008C57DD" w:rsidRDefault="00000000">
      <w:pPr>
        <w:pStyle w:val="Ttulo2"/>
      </w:pPr>
      <w:r>
        <w:t>Orientações gerais de normalização</w:t>
      </w:r>
    </w:p>
    <w:p w14:paraId="02FBF0DC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Organize as referências em ordem alfabética pelo sobrenome do primeiro autor quando for adotado o sistema autor-data, mantendo padrão único em todo o documento.</w:t>
      </w:r>
    </w:p>
    <w:p w14:paraId="1653CA05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Use os elementos essenciais de cada tipo documental: autor(es), título, edição (quando houver), local, editora e data para livros; para artigos, acrescente periódico, volume, número, páginas e DOI, quando disponível.</w:t>
      </w:r>
    </w:p>
    <w:p w14:paraId="2779D563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Para documentos disponíveis on-line, informe “Disponível em:” seguido do endereço eletrônico e “Acesso em:” com a data de acesso, conforme a norma aplicável.</w:t>
      </w:r>
    </w:p>
    <w:p w14:paraId="07FC07C3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Use DOI quando disponível, mantendo apresentação padronizada em todas as referências.</w:t>
      </w:r>
    </w:p>
    <w:p w14:paraId="6AC2681A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Para autoria institucional, registre a instituição como autora conforme as regras da ABNT. Evite abreviações inconsistentes.</w:t>
      </w:r>
    </w:p>
    <w:p w14:paraId="3F20AA5A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Mantenha uniformidade de pontuação, destaque tipográfico, maiúsculas/minúsculas e apresentação de autoria em toda a lista.</w:t>
      </w:r>
    </w:p>
    <w:p w14:paraId="633410AA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Evite referências não verificáveis. Priorize literatura científica, documentos normativos e fontes institucionais pertinentes ao problema de pesquisa.</w:t>
      </w:r>
    </w:p>
    <w:p w14:paraId="5F703F05" w14:textId="77777777" w:rsidR="008C57DD" w:rsidRDefault="00000000">
      <w:pPr>
        <w:pStyle w:val="Ttulo2"/>
      </w:pPr>
      <w:r>
        <w:t>Modelos de referências em padrão ABNT</w:t>
      </w:r>
    </w:p>
    <w:p w14:paraId="702E86EB" w14:textId="77777777" w:rsidR="008C57DD" w:rsidRDefault="00000000">
      <w:pPr>
        <w:pStyle w:val="Reference"/>
      </w:pPr>
      <w:r>
        <w:rPr>
          <w:b/>
        </w:rPr>
        <w:t xml:space="preserve">Artigo científico: </w:t>
      </w:r>
      <w:r>
        <w:t>SOBRENOME, Prenome; SOBRENOME, Prenome. Título do artigo. Título do Periódico, local, v. 00, n. 00, p. 00-00, ano. DOI: https://doi.org/xxxxx.</w:t>
      </w:r>
    </w:p>
    <w:p w14:paraId="43FAD8FC" w14:textId="77777777" w:rsidR="008C57DD" w:rsidRDefault="00000000">
      <w:pPr>
        <w:pStyle w:val="Reference"/>
      </w:pPr>
      <w:r>
        <w:rPr>
          <w:b/>
        </w:rPr>
        <w:t xml:space="preserve">Livro: </w:t>
      </w:r>
      <w:r>
        <w:t>SOBRENOME, Prenome. Título do livro: subtítulo. Edição. Local: Editora, ano.</w:t>
      </w:r>
    </w:p>
    <w:p w14:paraId="09631FE1" w14:textId="77777777" w:rsidR="008C57DD" w:rsidRDefault="00000000">
      <w:pPr>
        <w:pStyle w:val="Reference"/>
      </w:pPr>
      <w:r>
        <w:rPr>
          <w:b/>
        </w:rPr>
        <w:lastRenderedPageBreak/>
        <w:t xml:space="preserve">Capítulo de livro: </w:t>
      </w:r>
      <w:r>
        <w:t>SOBRENOME, Prenome. Título do capítulo. In: SOBRENOME, Prenome (org.). Título do livro. Edição. Local: Editora, ano. p. xx-yy.</w:t>
      </w:r>
    </w:p>
    <w:p w14:paraId="3ACAB688" w14:textId="77777777" w:rsidR="008C57DD" w:rsidRDefault="00000000">
      <w:pPr>
        <w:pStyle w:val="Reference"/>
      </w:pPr>
      <w:r>
        <w:rPr>
          <w:b/>
        </w:rPr>
        <w:t xml:space="preserve">Documento institucional / relatório: </w:t>
      </w:r>
      <w:r>
        <w:t>INSTITUIÇÃO. Título do documento. Local: Instituição, ano. Disponível em: &lt;endereço eletrônico&gt;. Acesso em: dia mês ano.</w:t>
      </w:r>
    </w:p>
    <w:p w14:paraId="0DC9574D" w14:textId="77777777" w:rsidR="008C57DD" w:rsidRDefault="00000000">
      <w:pPr>
        <w:pStyle w:val="Reference"/>
      </w:pPr>
      <w:r>
        <w:rPr>
          <w:b/>
        </w:rPr>
        <w:t xml:space="preserve">Página ou documento on-line: </w:t>
      </w:r>
      <w:r>
        <w:t>AUTOR/INSTITUIÇÃO. Título da página ou documento. Local, ano. Disponível em: &lt;endereço eletrônico&gt;. Acesso em: dia mês ano.</w:t>
      </w:r>
    </w:p>
    <w:p w14:paraId="0026DAED" w14:textId="77777777" w:rsidR="008C57DD" w:rsidRDefault="00000000">
      <w:pPr>
        <w:pStyle w:val="Reference"/>
      </w:pPr>
      <w:r>
        <w:rPr>
          <w:b/>
        </w:rPr>
        <w:t xml:space="preserve">Legislação: </w:t>
      </w:r>
      <w:r>
        <w:t>BRASIL. Lei/Decreto/Portaria nº X, de dia de mês de ano. Ementa. Diário Oficial da União: Brasília, DF, data. Disponível em: &lt;endereço eletrônico&gt;. Acesso em: dia mês ano.</w:t>
      </w:r>
    </w:p>
    <w:p w14:paraId="6DA9612E" w14:textId="77777777" w:rsidR="008C57DD" w:rsidRDefault="00000000">
      <w:pPr>
        <w:pStyle w:val="Ttulo2"/>
      </w:pPr>
      <w:r>
        <w:t>Citações no texto – ABNT NBR 10520:2023</w:t>
      </w:r>
    </w:p>
    <w:p w14:paraId="16020C90" w14:textId="77777777" w:rsidR="008C57DD" w:rsidRDefault="00000000">
      <w:pPr>
        <w:pStyle w:val="Instruction"/>
      </w:pPr>
      <w:r>
        <w:rPr>
          <w:b/>
        </w:rPr>
        <w:t xml:space="preserve">📌 Orientações de preenchimento: </w:t>
      </w:r>
      <w:r>
        <w:t>Adote um único sistema de chamada de citações em todo o anteprojeto. No sistema autor-data, exemplos incluem (SOBRENOME, ano) e (SOBRENOME, ano, p. xx) para citações diretas com página. Para citações com dois ou mais autores, siga a forma estabelecida pela NBR 10520:2023 e mantenha consistência.</w:t>
      </w:r>
    </w:p>
    <w:p w14:paraId="67A8B2EC" w14:textId="77777777" w:rsidR="008C57DD" w:rsidRDefault="00000000">
      <w:pPr>
        <w:pStyle w:val="Placeholder"/>
      </w:pPr>
      <w:r>
        <w:t>[Inserir as referências efetivamente utilizadas no anteprojeto, em ordem alfabética e conforme ABNT NBR 6023:2018.]</w:t>
      </w:r>
    </w:p>
    <w:p w14:paraId="4DE4F3EE" w14:textId="77777777" w:rsidR="008C57DD" w:rsidRDefault="00000000">
      <w:r>
        <w:br w:type="page"/>
      </w:r>
    </w:p>
    <w:p w14:paraId="636ED663" w14:textId="77777777" w:rsidR="008C57DD" w:rsidRDefault="00000000">
      <w:pPr>
        <w:pStyle w:val="Ttulo1"/>
      </w:pPr>
      <w:r>
        <w:lastRenderedPageBreak/>
        <w:t>CHECKLIST DE FORMATAÇÃO – MODELO</w:t>
      </w:r>
    </w:p>
    <w:p w14:paraId="2E238781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Fonte: Arial, tamanho 12 no corpo do texto; tamanhos menores podem ser utilizados em notas, legendas e elementos que exijam redução.</w:t>
      </w:r>
    </w:p>
    <w:p w14:paraId="24123D27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Margens: superior e esquerda de 3 cm; inferior e direita de 2 cm.</w:t>
      </w:r>
    </w:p>
    <w:p w14:paraId="6AC0BA1C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Texto: alinhamento justificado, espaçamento 1,5 entre linhas e recuo de primeira linha de 1,25 cm.</w:t>
      </w:r>
    </w:p>
    <w:p w14:paraId="7EB0C62B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Títulos: utilizar estilos de título hierarquizados para permitir atualização automática do sumário.</w:t>
      </w:r>
    </w:p>
    <w:p w14:paraId="5EAF6571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Resumo e abstract: até 500 palavras, conforme orientação deste modelo.</w:t>
      </w:r>
    </w:p>
    <w:p w14:paraId="09D389C7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Palavras-chave/Keywords: 3 a 5 descritores estruturados.</w:t>
      </w:r>
    </w:p>
    <w:p w14:paraId="13595616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Sumário: atualizar automaticamente após o preenchimento do documento.</w:t>
      </w:r>
    </w:p>
    <w:p w14:paraId="654845B5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Referências: ABNT NBR 6023:2018; citações: ABNT NBR 10520:2023; sumário: ABNT NBR 6027; resumo: ABNT NBR 6028; apresentação do trabalho acadêmico: ABNT NBR 14724.</w:t>
      </w:r>
    </w:p>
    <w:p w14:paraId="20A7280B" w14:textId="77777777" w:rsidR="008C57DD" w:rsidRDefault="00000000">
      <w:pPr>
        <w:ind w:left="340" w:hanging="340"/>
      </w:pPr>
      <w:r>
        <w:rPr>
          <w:b/>
        </w:rPr>
        <w:t xml:space="preserve">• </w:t>
      </w:r>
      <w:r>
        <w:t>Antes da submissão, conferir a versão vigente das normas ABNT adotadas pela instituição e eventuais regras específicas do edital do Programa.</w:t>
      </w:r>
    </w:p>
    <w:sectPr w:rsidR="008C57DD" w:rsidSect="00034616">
      <w:headerReference w:type="default" r:id="rId11"/>
      <w:footerReference w:type="default" r:id="rId12"/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CF4DB" w14:textId="77777777" w:rsidR="0074762E" w:rsidRDefault="0074762E">
      <w:pPr>
        <w:spacing w:after="0" w:line="240" w:lineRule="auto"/>
      </w:pPr>
      <w:r>
        <w:separator/>
      </w:r>
    </w:p>
  </w:endnote>
  <w:endnote w:type="continuationSeparator" w:id="0">
    <w:p w14:paraId="17F1B1CB" w14:textId="77777777" w:rsidR="0074762E" w:rsidRDefault="00747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E68A6" w14:textId="77777777" w:rsidR="008C57DD" w:rsidRDefault="00000000">
    <w:pPr>
      <w:pStyle w:val="Rodap"/>
      <w:jc w:val="center"/>
    </w:pPr>
    <w:proofErr w:type="spellStart"/>
    <w:r>
      <w:rPr>
        <w:sz w:val="18"/>
      </w:rPr>
      <w:t>Projeto</w:t>
    </w:r>
    <w:proofErr w:type="spellEnd"/>
    <w:r>
      <w:rPr>
        <w:sz w:val="18"/>
      </w:rPr>
      <w:t xml:space="preserve"> – </w:t>
    </w:r>
    <w:r>
      <w:fldChar w:fldCharType="begin"/>
    </w:r>
    <w:r>
      <w:instrText>PAGE</w:instrText>
    </w:r>
    <w:r>
      <w:fldChar w:fldCharType="separate"/>
    </w:r>
    <w:r w:rsidR="00E9613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D8EC0" w14:textId="77777777" w:rsidR="0074762E" w:rsidRDefault="0074762E">
      <w:pPr>
        <w:spacing w:after="0" w:line="240" w:lineRule="auto"/>
      </w:pPr>
      <w:r>
        <w:separator/>
      </w:r>
    </w:p>
  </w:footnote>
  <w:footnote w:type="continuationSeparator" w:id="0">
    <w:p w14:paraId="3C688BFD" w14:textId="77777777" w:rsidR="0074762E" w:rsidRDefault="00747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02EB1" w14:textId="77777777" w:rsidR="008C57DD" w:rsidRPr="00E96135" w:rsidRDefault="00000000">
    <w:pPr>
      <w:pStyle w:val="Cabealho"/>
      <w:jc w:val="center"/>
      <w:rPr>
        <w:caps/>
      </w:rPr>
    </w:pPr>
    <w:r w:rsidRPr="00E96135">
      <w:rPr>
        <w:caps/>
        <w:sz w:val="18"/>
      </w:rPr>
      <w:t>Mestrado Profissional em Telessaúde e Saúde Digital – UERJ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EB4245"/>
    <w:multiLevelType w:val="hybridMultilevel"/>
    <w:tmpl w:val="0E7057A2"/>
    <w:lvl w:ilvl="0" w:tplc="8D72B0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028080">
    <w:abstractNumId w:val="8"/>
  </w:num>
  <w:num w:numId="2" w16cid:durableId="423844056">
    <w:abstractNumId w:val="6"/>
  </w:num>
  <w:num w:numId="3" w16cid:durableId="1480534537">
    <w:abstractNumId w:val="5"/>
  </w:num>
  <w:num w:numId="4" w16cid:durableId="198277972">
    <w:abstractNumId w:val="4"/>
  </w:num>
  <w:num w:numId="5" w16cid:durableId="2070153490">
    <w:abstractNumId w:val="7"/>
  </w:num>
  <w:num w:numId="6" w16cid:durableId="1292713454">
    <w:abstractNumId w:val="3"/>
  </w:num>
  <w:num w:numId="7" w16cid:durableId="1572697023">
    <w:abstractNumId w:val="2"/>
  </w:num>
  <w:num w:numId="8" w16cid:durableId="1618677208">
    <w:abstractNumId w:val="1"/>
  </w:num>
  <w:num w:numId="9" w16cid:durableId="218637831">
    <w:abstractNumId w:val="0"/>
  </w:num>
  <w:num w:numId="10" w16cid:durableId="11023348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ED9"/>
    <w:rsid w:val="0015074B"/>
    <w:rsid w:val="00195803"/>
    <w:rsid w:val="0029639D"/>
    <w:rsid w:val="00326F90"/>
    <w:rsid w:val="00394064"/>
    <w:rsid w:val="003E3D38"/>
    <w:rsid w:val="006760BC"/>
    <w:rsid w:val="0074762E"/>
    <w:rsid w:val="008350BC"/>
    <w:rsid w:val="008C57DD"/>
    <w:rsid w:val="008F467B"/>
    <w:rsid w:val="009249AC"/>
    <w:rsid w:val="00924B20"/>
    <w:rsid w:val="0099616A"/>
    <w:rsid w:val="009E6144"/>
    <w:rsid w:val="00A21DF5"/>
    <w:rsid w:val="00A22655"/>
    <w:rsid w:val="00AA1D8D"/>
    <w:rsid w:val="00B47730"/>
    <w:rsid w:val="00CB0664"/>
    <w:rsid w:val="00D50351"/>
    <w:rsid w:val="00E96135"/>
    <w:rsid w:val="00EB4A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461FE0"/>
  <w14:defaultImageDpi w14:val="300"/>
  <w15:docId w15:val="{C13401FF-A66F-45E2-A3BD-ABB803F70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360" w:lineRule="auto"/>
      <w:ind w:firstLine="709"/>
    </w:pPr>
    <w:rPr>
      <w:rFonts w:ascii="Arial" w:eastAsia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before="240" w:after="120"/>
      <w:contextualSpacing/>
      <w:jc w:val="center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Field">
    <w:name w:val="CoverField"/>
    <w:pPr>
      <w:jc w:val="center"/>
    </w:pPr>
    <w:rPr>
      <w:rFonts w:ascii="Arial" w:hAnsi="Arial"/>
      <w:b/>
      <w:sz w:val="24"/>
    </w:rPr>
  </w:style>
  <w:style w:type="paragraph" w:customStyle="1" w:styleId="Instruction">
    <w:name w:val="Instruction"/>
    <w:rPr>
      <w:rFonts w:ascii="Arial" w:hAnsi="Arial"/>
      <w:i/>
      <w:sz w:val="20"/>
    </w:rPr>
  </w:style>
  <w:style w:type="paragraph" w:customStyle="1" w:styleId="Placeholder">
    <w:name w:val="Placeholder"/>
    <w:rPr>
      <w:rFonts w:ascii="Arial" w:hAnsi="Arial"/>
      <w:i/>
    </w:rPr>
  </w:style>
  <w:style w:type="paragraph" w:customStyle="1" w:styleId="Keyword">
    <w:name w:val="Keyword"/>
    <w:rPr>
      <w:rFonts w:ascii="Arial" w:hAnsi="Arial"/>
    </w:rPr>
  </w:style>
  <w:style w:type="paragraph" w:customStyle="1" w:styleId="Reference">
    <w:name w:val="Reference"/>
    <w:pPr>
      <w:spacing w:line="240" w:lineRule="auto"/>
    </w:pPr>
    <w:rPr>
      <w:rFonts w:ascii="Arial" w:hAnsi="Arial"/>
      <w:sz w:val="24"/>
    </w:rPr>
  </w:style>
  <w:style w:type="paragraph" w:customStyle="1" w:styleId="TOCInstruction">
    <w:name w:val="TOCInstruction"/>
    <w:rPr>
      <w:rFonts w:ascii="Arial" w:hAnsi="Arial"/>
      <w:i/>
      <w:sz w:val="20"/>
    </w:rPr>
  </w:style>
  <w:style w:type="character" w:styleId="Hyperlink">
    <w:name w:val="Hyperlink"/>
    <w:basedOn w:val="Fontepargpadro"/>
    <w:uiPriority w:val="99"/>
    <w:unhideWhenUsed/>
    <w:rsid w:val="00E9613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96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saude/pt-br/composicao/seidigi/sus-digita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v.br/capes/pt-br/acesso-a-informacao/acoes-e-programas/avaliacao/sobre-a-avaliacao/areas-avaliacao/sobre-as-areas-de-avaliacao/colegio-de-ciencias-da-vida/ciencias-da-saude/medicina-i/med1-anexo.pdf/@@display-file/fi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sil.un.org/pt-br/sdg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2618</Words>
  <Characters>14141</Characters>
  <Application>Microsoft Office Word</Application>
  <DocSecurity>0</DocSecurity>
  <Lines>117</Lines>
  <Paragraphs>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de Anteprojeto – Mestrado Profissional em Telessaúde e Saúde Digital – UERJ</vt:lpstr>
      <vt:lpstr/>
    </vt:vector>
  </TitlesOfParts>
  <Manager/>
  <Company/>
  <LinksUpToDate>false</LinksUpToDate>
  <CharactersWithSpaces>16726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Anteprojeto – Mestrado Profissional em Telessaúde e Saúde Digital – UERJ</dc:title>
  <dc:subject>Modelo estruturado de anteprojeto com orientações ABNT</dc:subject>
  <dc:creator>Programa de Pós-Graduação em Telessaúde e Saúde Digital – UERJ</dc:creator>
  <cp:keywords/>
  <dc:description>generated by python-docx</dc:description>
  <cp:lastModifiedBy>07 464</cp:lastModifiedBy>
  <cp:revision>2</cp:revision>
  <dcterms:created xsi:type="dcterms:W3CDTF">2026-09-29T15:06:00Z</dcterms:created>
  <dcterms:modified xsi:type="dcterms:W3CDTF">2026-09-29T15:06:00Z</dcterms:modified>
  <cp:category/>
</cp:coreProperties>
</file>